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48"/>
        <w:gridCol w:w="2675"/>
      </w:tblGrid>
      <w:tr w:rsidR="00BC0A3D" w:rsidRPr="00C711A1" w14:paraId="054542B6" w14:textId="77777777" w:rsidTr="00C711A1">
        <w:trPr>
          <w:trHeight w:val="963"/>
        </w:trPr>
        <w:tc>
          <w:tcPr>
            <w:tcW w:w="8148" w:type="dxa"/>
            <w:shd w:val="clear" w:color="auto" w:fill="4C1D95"/>
          </w:tcPr>
          <w:p w14:paraId="0718CF85" w14:textId="77777777" w:rsidR="00BC0A3D" w:rsidRDefault="00000000">
            <w:pPr>
              <w:spacing w:after="40"/>
            </w:pPr>
            <w:r>
              <w:rPr>
                <w:b/>
                <w:color w:val="FFFFFF"/>
                <w:sz w:val="46"/>
              </w:rPr>
              <w:t>Vanessa Okafor</w:t>
            </w:r>
          </w:p>
          <w:p w14:paraId="5DDDE2E1" w14:textId="77777777" w:rsidR="00BC0A3D" w:rsidRDefault="00000000">
            <w:pPr>
              <w:spacing w:after="0"/>
            </w:pPr>
            <w:r>
              <w:rPr>
                <w:color w:val="E8E8EE"/>
                <w:sz w:val="19"/>
              </w:rPr>
              <w:t>Wien · vanessa.okafor@example.com · +43 660 2211889</w:t>
            </w:r>
          </w:p>
        </w:tc>
        <w:tc>
          <w:tcPr>
            <w:tcW w:w="2675" w:type="dxa"/>
            <w:shd w:val="clear" w:color="auto" w:fill="4C1D95"/>
            <w:vAlign w:val="center"/>
          </w:tcPr>
          <w:p w14:paraId="2455A91B" w14:textId="77777777" w:rsidR="00BC0A3D" w:rsidRPr="00C711A1" w:rsidRDefault="00000000">
            <w:pPr>
              <w:jc w:val="center"/>
              <w:rPr>
                <w:lang w:val="de-AT"/>
              </w:rPr>
            </w:pPr>
            <w:r w:rsidRPr="00C711A1">
              <w:rPr>
                <w:color w:val="E8E8EE"/>
                <w:sz w:val="16"/>
                <w:lang w:val="de-AT"/>
              </w:rPr>
              <w:t>Dein Foto hierhin:</w:t>
            </w:r>
            <w:r w:rsidRPr="00C711A1">
              <w:rPr>
                <w:color w:val="E8E8EE"/>
                <w:sz w:val="16"/>
                <w:lang w:val="de-AT"/>
              </w:rPr>
              <w:br/>
              <w:t>diesen Text löschen, dann</w:t>
            </w:r>
            <w:r w:rsidRPr="00C711A1">
              <w:rPr>
                <w:color w:val="E8E8EE"/>
                <w:sz w:val="16"/>
                <w:lang w:val="de-AT"/>
              </w:rPr>
              <w:br/>
              <w:t>Einfügen → Bilder</w:t>
            </w:r>
          </w:p>
        </w:tc>
      </w:tr>
    </w:tbl>
    <w:p w14:paraId="4D1CE1AF" w14:textId="77777777" w:rsidR="00BC0A3D" w:rsidRPr="00C711A1" w:rsidRDefault="00BC0A3D">
      <w:pPr>
        <w:spacing w:after="40"/>
        <w:rPr>
          <w:lang w:val="de-AT"/>
        </w:rPr>
      </w:pPr>
    </w:p>
    <w:p w14:paraId="680ADECC" w14:textId="77777777" w:rsidR="00BC0A3D" w:rsidRPr="00C711A1" w:rsidRDefault="00000000">
      <w:pPr>
        <w:pBdr>
          <w:bottom w:val="single" w:sz="6" w:space="2" w:color="4C1D95"/>
        </w:pBdr>
        <w:spacing w:before="240" w:after="120"/>
        <w:rPr>
          <w:lang w:val="de-AT"/>
        </w:rPr>
      </w:pPr>
      <w:r w:rsidRPr="00C711A1">
        <w:rPr>
          <w:b/>
          <w:color w:val="4C1D95"/>
          <w:sz w:val="22"/>
          <w:lang w:val="de-AT"/>
        </w:rPr>
        <w:t>KURZPROFIL</w:t>
      </w:r>
    </w:p>
    <w:p w14:paraId="04122B5A" w14:textId="77777777" w:rsidR="00BC0A3D" w:rsidRDefault="00000000">
      <w:pPr>
        <w:spacing w:after="80"/>
      </w:pPr>
      <w:r w:rsidRPr="00C711A1">
        <w:rPr>
          <w:lang w:val="de-AT"/>
        </w:rPr>
        <w:t xml:space="preserve">UX/UI-Designerin mit 4 Jahren Erfahrung in digitalen Produkten. Zuletzt Redesign einer Banking-App mit 200.000 Nutzern (App-Store-Bewertung von 3,9 auf 4,6). </w:t>
      </w:r>
      <w:r>
        <w:t>Gesucht: Produktteam mit echter Design-Verantwortung.</w:t>
      </w:r>
    </w:p>
    <w:p w14:paraId="4815DD1C" w14:textId="77777777" w:rsidR="00BC0A3D" w:rsidRDefault="00000000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BERUFSERFAHRUNG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BC0A3D" w:rsidRPr="00C711A1" w14:paraId="33E5AD6A" w14:textId="77777777">
        <w:tc>
          <w:tcPr>
            <w:tcW w:w="2041" w:type="dxa"/>
          </w:tcPr>
          <w:p w14:paraId="09D0449B" w14:textId="77777777" w:rsidR="00BC0A3D" w:rsidRDefault="00000000">
            <w:pPr>
              <w:spacing w:after="120"/>
            </w:pPr>
            <w:r>
              <w:rPr>
                <w:color w:val="5A5A64"/>
                <w:sz w:val="18"/>
              </w:rPr>
              <w:t>05/2023 – heute</w:t>
            </w:r>
          </w:p>
        </w:tc>
        <w:tc>
          <w:tcPr>
            <w:tcW w:w="7370" w:type="dxa"/>
          </w:tcPr>
          <w:p w14:paraId="15E4A216" w14:textId="77777777" w:rsidR="00BC0A3D" w:rsidRPr="00C711A1" w:rsidRDefault="00000000">
            <w:pPr>
              <w:spacing w:after="40"/>
              <w:rPr>
                <w:lang w:val="de-AT"/>
              </w:rPr>
            </w:pPr>
            <w:r w:rsidRPr="00C711A1">
              <w:rPr>
                <w:b/>
                <w:color w:val="1A1A24"/>
                <w:sz w:val="21"/>
                <w:lang w:val="de-AT"/>
              </w:rPr>
              <w:t>UX/UI Designerin</w:t>
            </w:r>
            <w:r w:rsidRPr="00C711A1">
              <w:rPr>
                <w:color w:val="5A5A64"/>
                <w:lang w:val="de-AT"/>
              </w:rPr>
              <w:t xml:space="preserve">  ·  Nova Digital GmbH, Wien</w:t>
            </w:r>
          </w:p>
          <w:p w14:paraId="7F2AED2C" w14:textId="77777777" w:rsidR="00BC0A3D" w:rsidRPr="00C711A1" w:rsidRDefault="00000000">
            <w:pPr>
              <w:pStyle w:val="ListBullet"/>
              <w:spacing w:after="40"/>
              <w:rPr>
                <w:lang w:val="de-AT"/>
              </w:rPr>
            </w:pPr>
            <w:r w:rsidRPr="00C711A1">
              <w:rPr>
                <w:lang w:val="de-AT"/>
              </w:rPr>
              <w:t>Redesign einer Banking-App mit 200.000 Nutzern (Bewertung 3,9 → 4,6)</w:t>
            </w:r>
          </w:p>
          <w:p w14:paraId="2CD9A041" w14:textId="77777777" w:rsidR="00BC0A3D" w:rsidRPr="00C711A1" w:rsidRDefault="00000000">
            <w:pPr>
              <w:pStyle w:val="ListBullet"/>
              <w:spacing w:after="160"/>
              <w:rPr>
                <w:lang w:val="de-AT"/>
              </w:rPr>
            </w:pPr>
            <w:r w:rsidRPr="00C711A1">
              <w:rPr>
                <w:lang w:val="de-AT"/>
              </w:rPr>
              <w:t>Design-System mit 40+ Komponenten aufgebaut und dokumentiert</w:t>
            </w:r>
          </w:p>
        </w:tc>
      </w:tr>
      <w:tr w:rsidR="00BC0A3D" w:rsidRPr="00C711A1" w14:paraId="5B10F5EE" w14:textId="77777777">
        <w:tc>
          <w:tcPr>
            <w:tcW w:w="2041" w:type="dxa"/>
          </w:tcPr>
          <w:p w14:paraId="0D3A8025" w14:textId="77777777" w:rsidR="00BC0A3D" w:rsidRDefault="00000000">
            <w:pPr>
              <w:spacing w:after="120"/>
            </w:pPr>
            <w:r>
              <w:rPr>
                <w:color w:val="5A5A64"/>
                <w:sz w:val="18"/>
              </w:rPr>
              <w:t>08/2021 – 04/2023</w:t>
            </w:r>
          </w:p>
        </w:tc>
        <w:tc>
          <w:tcPr>
            <w:tcW w:w="7370" w:type="dxa"/>
          </w:tcPr>
          <w:p w14:paraId="1852CD9B" w14:textId="77777777" w:rsidR="00BC0A3D" w:rsidRPr="00C711A1" w:rsidRDefault="00000000">
            <w:pPr>
              <w:spacing w:after="40"/>
              <w:rPr>
                <w:lang w:val="de-AT"/>
              </w:rPr>
            </w:pPr>
            <w:r w:rsidRPr="00C711A1">
              <w:rPr>
                <w:b/>
                <w:color w:val="1A1A24"/>
                <w:sz w:val="21"/>
                <w:lang w:val="de-AT"/>
              </w:rPr>
              <w:t>Junior UX Designerin</w:t>
            </w:r>
            <w:r w:rsidRPr="00C711A1">
              <w:rPr>
                <w:color w:val="5A5A64"/>
                <w:lang w:val="de-AT"/>
              </w:rPr>
              <w:t xml:space="preserve">  ·  Studio Fahrenheit, Wien</w:t>
            </w:r>
          </w:p>
          <w:p w14:paraId="3BA675B2" w14:textId="77777777" w:rsidR="00BC0A3D" w:rsidRPr="00C711A1" w:rsidRDefault="00000000">
            <w:pPr>
              <w:pStyle w:val="ListBullet"/>
              <w:spacing w:after="40"/>
              <w:rPr>
                <w:lang w:val="de-AT"/>
              </w:rPr>
            </w:pPr>
            <w:r w:rsidRPr="00C711A1">
              <w:rPr>
                <w:lang w:val="de-AT"/>
              </w:rPr>
              <w:t>Websites und Apps für 12 Kunden, Usability-Tests mit 100+ Teilnehmern</w:t>
            </w:r>
          </w:p>
          <w:p w14:paraId="7BFE04F4" w14:textId="77777777" w:rsidR="00BC0A3D" w:rsidRPr="00C711A1" w:rsidRDefault="00000000">
            <w:pPr>
              <w:pStyle w:val="ListBullet"/>
              <w:spacing w:after="160"/>
              <w:rPr>
                <w:lang w:val="de-AT"/>
              </w:rPr>
            </w:pPr>
            <w:r w:rsidRPr="00C711A1">
              <w:rPr>
                <w:lang w:val="de-AT"/>
              </w:rPr>
              <w:t>Mitarbeit an fünf gewonnenen Pitches</w:t>
            </w:r>
          </w:p>
        </w:tc>
      </w:tr>
    </w:tbl>
    <w:p w14:paraId="34B79DE1" w14:textId="77777777" w:rsidR="00BC0A3D" w:rsidRDefault="00000000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BC0A3D" w:rsidRPr="00C711A1" w14:paraId="7224C09C" w14:textId="77777777">
        <w:tc>
          <w:tcPr>
            <w:tcW w:w="2041" w:type="dxa"/>
          </w:tcPr>
          <w:p w14:paraId="0330823B" w14:textId="77777777" w:rsidR="00BC0A3D" w:rsidRDefault="00000000">
            <w:pPr>
              <w:spacing w:after="120"/>
            </w:pPr>
            <w:r>
              <w:rPr>
                <w:color w:val="5A5A64"/>
                <w:sz w:val="18"/>
              </w:rPr>
              <w:t>2018 – 2021</w:t>
            </w:r>
          </w:p>
        </w:tc>
        <w:tc>
          <w:tcPr>
            <w:tcW w:w="7370" w:type="dxa"/>
          </w:tcPr>
          <w:p w14:paraId="7700BB77" w14:textId="77777777" w:rsidR="00BC0A3D" w:rsidRPr="00C711A1" w:rsidRDefault="00000000">
            <w:pPr>
              <w:spacing w:after="160"/>
              <w:rPr>
                <w:lang w:val="de-AT"/>
              </w:rPr>
            </w:pPr>
            <w:r w:rsidRPr="00C711A1">
              <w:rPr>
                <w:b/>
                <w:color w:val="1A1A24"/>
                <w:sz w:val="21"/>
                <w:lang w:val="de-AT"/>
              </w:rPr>
              <w:t>B.A. Informationsdesign</w:t>
            </w:r>
            <w:r w:rsidRPr="00C711A1">
              <w:rPr>
                <w:color w:val="5A5A64"/>
                <w:lang w:val="de-AT"/>
              </w:rPr>
              <w:t xml:space="preserve">  ·  FH Joanneum Graz</w:t>
            </w:r>
          </w:p>
        </w:tc>
      </w:tr>
    </w:tbl>
    <w:p w14:paraId="06FE25AC" w14:textId="77777777" w:rsidR="00BC0A3D" w:rsidRPr="00C711A1" w:rsidRDefault="00000000">
      <w:pPr>
        <w:pBdr>
          <w:bottom w:val="single" w:sz="6" w:space="2" w:color="4C1D95"/>
        </w:pBdr>
        <w:spacing w:before="240" w:after="120"/>
        <w:rPr>
          <w:lang w:val="de-AT"/>
        </w:rPr>
      </w:pPr>
      <w:r w:rsidRPr="00C711A1">
        <w:rPr>
          <w:b/>
          <w:color w:val="4C1D95"/>
          <w:sz w:val="22"/>
          <w:lang w:val="de-AT"/>
        </w:rPr>
        <w:t>KENNTNISSE</w:t>
      </w:r>
    </w:p>
    <w:p w14:paraId="5EF7FAD8" w14:textId="77777777" w:rsidR="00BC0A3D" w:rsidRPr="00C711A1" w:rsidRDefault="00000000">
      <w:pPr>
        <w:spacing w:after="80"/>
        <w:rPr>
          <w:lang w:val="de-AT"/>
        </w:rPr>
      </w:pPr>
      <w:r w:rsidRPr="00C711A1">
        <w:rPr>
          <w:lang w:val="de-AT"/>
        </w:rPr>
        <w:t>Figma · Design-Systeme · Prototyping · Usability-Testing · HTML/CSS (Grundlagen)</w:t>
      </w:r>
    </w:p>
    <w:p w14:paraId="6A5F159F" w14:textId="77777777" w:rsidR="00BC0A3D" w:rsidRPr="00C711A1" w:rsidRDefault="00000000">
      <w:pPr>
        <w:pBdr>
          <w:bottom w:val="single" w:sz="6" w:space="2" w:color="4C1D95"/>
        </w:pBdr>
        <w:spacing w:before="240" w:after="120"/>
        <w:rPr>
          <w:lang w:val="de-AT"/>
        </w:rPr>
      </w:pPr>
      <w:r w:rsidRPr="00C711A1">
        <w:rPr>
          <w:b/>
          <w:color w:val="4C1D95"/>
          <w:sz w:val="22"/>
          <w:lang w:val="de-AT"/>
        </w:rPr>
        <w:t>SPRACHEN</w:t>
      </w:r>
    </w:p>
    <w:p w14:paraId="5CCD56D7" w14:textId="77777777" w:rsidR="00BC0A3D" w:rsidRPr="00C711A1" w:rsidRDefault="00000000">
      <w:pPr>
        <w:spacing w:after="80"/>
        <w:rPr>
          <w:lang w:val="de-AT"/>
        </w:rPr>
      </w:pPr>
      <w:r w:rsidRPr="00C711A1">
        <w:rPr>
          <w:lang w:val="de-AT"/>
        </w:rPr>
        <w:t>Deutsch (Muttersprache) · Englisch (C1)</w:t>
      </w:r>
    </w:p>
    <w:p w14:paraId="4C896D64" w14:textId="77777777" w:rsidR="00BC0A3D" w:rsidRDefault="00000000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INTERESSEN</w:t>
      </w:r>
    </w:p>
    <w:p w14:paraId="4F3675C3" w14:textId="77777777" w:rsidR="00BC0A3D" w:rsidRDefault="00000000">
      <w:pPr>
        <w:spacing w:after="80"/>
      </w:pPr>
      <w:r>
        <w:t>Illustration · Bouldern · UX-Meetups</w:t>
      </w:r>
    </w:p>
    <w:sectPr w:rsidR="00BC0A3D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8D38B" w14:textId="77777777" w:rsidR="00472D50" w:rsidRDefault="00472D50">
      <w:pPr>
        <w:spacing w:after="0" w:line="240" w:lineRule="auto"/>
      </w:pPr>
      <w:r>
        <w:separator/>
      </w:r>
    </w:p>
  </w:endnote>
  <w:endnote w:type="continuationSeparator" w:id="0">
    <w:p w14:paraId="39F2E6AC" w14:textId="77777777" w:rsidR="00472D50" w:rsidRDefault="00472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B626" w14:textId="77777777" w:rsidR="00BC0A3D" w:rsidRPr="00C711A1" w:rsidRDefault="00000000">
    <w:pPr>
      <w:pStyle w:val="Footer"/>
      <w:jc w:val="center"/>
      <w:rPr>
        <w:lang w:val="de-AT"/>
      </w:rPr>
    </w:pPr>
    <w:r w:rsidRPr="00C711A1">
      <w:rPr>
        <w:color w:val="5A5A64"/>
        <w:sz w:val="16"/>
        <w:lang w:val="de-AT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C86E6" w14:textId="77777777" w:rsidR="00472D50" w:rsidRDefault="00472D50">
      <w:pPr>
        <w:spacing w:after="0" w:line="240" w:lineRule="auto"/>
      </w:pPr>
      <w:r>
        <w:separator/>
      </w:r>
    </w:p>
  </w:footnote>
  <w:footnote w:type="continuationSeparator" w:id="0">
    <w:p w14:paraId="47345E4A" w14:textId="77777777" w:rsidR="00472D50" w:rsidRDefault="00472D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1287323">
    <w:abstractNumId w:val="8"/>
  </w:num>
  <w:num w:numId="2" w16cid:durableId="976446416">
    <w:abstractNumId w:val="6"/>
  </w:num>
  <w:num w:numId="3" w16cid:durableId="263614982">
    <w:abstractNumId w:val="5"/>
  </w:num>
  <w:num w:numId="4" w16cid:durableId="1897158825">
    <w:abstractNumId w:val="4"/>
  </w:num>
  <w:num w:numId="5" w16cid:durableId="911549186">
    <w:abstractNumId w:val="7"/>
  </w:num>
  <w:num w:numId="6" w16cid:durableId="117921110">
    <w:abstractNumId w:val="3"/>
  </w:num>
  <w:num w:numId="7" w16cid:durableId="1137650814">
    <w:abstractNumId w:val="2"/>
  </w:num>
  <w:num w:numId="8" w16cid:durableId="1810441286">
    <w:abstractNumId w:val="1"/>
  </w:num>
  <w:num w:numId="9" w16cid:durableId="1064446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2D50"/>
    <w:rsid w:val="00A5635E"/>
    <w:rsid w:val="00AA1D8D"/>
    <w:rsid w:val="00B47730"/>
    <w:rsid w:val="00BC0A3D"/>
    <w:rsid w:val="00C711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EB2465F-2869-465A-8428-B3ADDA4BF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2026-07-18T19:46:00Z</dcterms:modified>
  <cp:category/>
</cp:coreProperties>
</file>