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200" w:type="dxa"/>
          <w:left w:w="240" w:type="dxa"/>
          <w:bottom w:w="200" w:type="dxa"/>
          <w:right w:w="240" w:type="dxa"/>
        </w:tblCellMar>
      </w:tblPr>
      <w:tblGrid>
        <w:gridCol w:w="3175"/>
        <w:gridCol w:w="6917"/>
      </w:tblGrid>
      <w:tr>
        <w:tc>
          <w:tcPr>
            <w:tcW w:type="dxa" w:w="3175"/>
            <w:shd w:val="clear" w:fill="B5502F"/>
          </w:tcPr>
          <w:p>
            <w:pPr>
              <w:jc w:val="center"/>
            </w:pPr>
            <w:r>
              <w:rPr>
                <w:color w:val="E8E8EE"/>
                <w:sz w:val="16"/>
              </w:rPr>
              <w:br/>
              <w:t>Dein Foto hierhin:</w:t>
              <w:br/>
              <w:t>diesen Text löschen,</w:t>
              <w:br/>
              <w:t>dann Einfügen → Bilder</w:t>
              <w:br/>
            </w:r>
          </w:p>
          <w:p>
            <w:pPr>
              <w:spacing w:after="200"/>
            </w:pPr>
          </w:p>
          <w:p>
            <w:pPr>
              <w:spacing w:after="200" w:before="0"/>
            </w:pPr>
            <w:r>
              <w:rPr>
                <w:b/>
                <w:color w:val="FFFFFF"/>
                <w:sz w:val="32"/>
              </w:rPr>
              <w:t>Miriam Schuster</w:t>
            </w:r>
          </w:p>
          <w:p>
            <w:pPr>
              <w:spacing w:after="40" w:before="120"/>
            </w:pPr>
            <w:r>
              <w:rPr>
                <w:b/>
                <w:color w:val="FFFFFF"/>
                <w:sz w:val="18"/>
              </w:rPr>
              <w:t>KONTAKT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Graz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miriam.schuster@example.com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+43 660 4455667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KENNTNISSE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Grundkenntnisse Fahrzeugtechnik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Umgang mit Werkstatt-Werkzeug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Mopedführerschein (AM)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MS Office-Grundlagen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SPRACHEN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Deutsch (Muttersprache)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Englisch (gut)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INTERESSEN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Motorradtechnik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Bouldern</w:t>
            </w:r>
          </w:p>
        </w:tc>
        <w:tc>
          <w:tcPr>
            <w:tcW w:type="dxa" w:w="6917"/>
          </w:tcPr>
          <w:p>
            <w:pPr>
              <w:spacing w:after="80" w:before="0"/>
              <w:pBdr>
                <w:bottom w:val="single" w:sz="6" w:space="2" w:color="B5502F"/>
              </w:pBdr>
            </w:pPr>
            <w:r>
              <w:rPr>
                <w:b/>
                <w:color w:val="B5502F"/>
                <w:sz w:val="22"/>
              </w:rPr>
              <w:t>KURZPROFIL</w:t>
            </w:r>
          </w:p>
          <w:p>
            <w:pPr>
              <w:spacing w:after="80" w:before="0"/>
            </w:pPr>
            <w:r>
              <w:rPr>
                <w:b w:val="0"/>
                <w:sz w:val="20"/>
              </w:rPr>
              <w:t>Mittelschulabsolventin mit klarem Ziel: Lehrstelle als KFZ-Technikerin. Berufspraktische Tage und ein Ferienpraktikum in Werkstätten, seit drei Jahren aktiv im Schrauber-Verein.</w:t>
            </w:r>
          </w:p>
          <w:p>
            <w:pPr>
              <w:spacing w:after="80" w:before="240"/>
              <w:pBdr>
                <w:bottom w:val="single" w:sz="6" w:space="2" w:color="B5502F"/>
              </w:pBdr>
            </w:pPr>
            <w:r>
              <w:rPr>
                <w:b/>
                <w:color w:val="B5502F"/>
                <w:sz w:val="22"/>
              </w:rPr>
              <w:t>SCHULBILDUNG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Mittelschule Graz-Andritz</w:t>
            </w:r>
            <w:r>
              <w:rPr>
                <w:color w:val="5A5A64"/>
                <w:sz w:val="20"/>
              </w:rPr>
              <w:t xml:space="preserve">  ·  Graz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2020 – 07/2026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Guter Abschluss · Physik Sehr gut, Mathematik Gut</w:t>
            </w:r>
          </w:p>
          <w:p>
            <w:pPr>
              <w:spacing w:after="80" w:before="240"/>
              <w:pBdr>
                <w:bottom w:val="single" w:sz="6" w:space="2" w:color="B5502F"/>
              </w:pBdr>
            </w:pPr>
            <w:r>
              <w:rPr>
                <w:b/>
                <w:color w:val="B5502F"/>
                <w:sz w:val="22"/>
              </w:rPr>
              <w:t>PRAKTISCHE ERFAHRUNG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Ferienpraktikum (3 Wochen)</w:t>
            </w:r>
            <w:r>
              <w:rPr>
                <w:color w:val="5A5A64"/>
                <w:sz w:val="20"/>
              </w:rPr>
              <w:t xml:space="preserve">  ·  KFZ-Werkstatt Yilmaz, Graz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08/2025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Mitarbeit bei Bremsen- und Ölservice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Räderwechsel-Saison: Mitarbeit an über 40 Fahrzeugen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Berufspraktische Tage</w:t>
            </w:r>
            <w:r>
              <w:rPr>
                <w:color w:val="5A5A64"/>
                <w:sz w:val="20"/>
              </w:rPr>
              <w:t xml:space="preserve">  ·  Autohaus Steirer GmbH, Graz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04/2025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Radwechsel, Inspektionsvorbereitung, Ersatzteillager</w:t>
            </w:r>
          </w:p>
          <w:p>
            <w:pPr>
              <w:spacing w:after="80" w:before="240"/>
              <w:pBdr>
                <w:bottom w:val="single" w:sz="6" w:space="2" w:color="B5502F"/>
              </w:pBdr>
            </w:pPr>
            <w:r>
              <w:rPr>
                <w:b/>
                <w:color w:val="B5502F"/>
                <w:sz w:val="22"/>
              </w:rPr>
              <w:t>ENGAGEMENT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Oldtimer- und Schrauberverein Graz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seit 2023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Gemeinschaftsprojekt: Restaurierung eines VW Käfer (Bj. 1972)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