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200" w:type="dxa"/>
          <w:left w:w="240" w:type="dxa"/>
          <w:bottom w:w="200" w:type="dxa"/>
          <w:right w:w="240" w:type="dxa"/>
        </w:tblCellMar>
      </w:tblPr>
      <w:tblGrid>
        <w:gridCol w:w="3175"/>
        <w:gridCol w:w="6917"/>
      </w:tblGrid>
      <w:tr>
        <w:tc>
          <w:tcPr>
            <w:tcW w:type="dxa" w:w="3175"/>
            <w:shd w:val="clear" w:fill="0E6973"/>
          </w:tcPr>
          <w:p>
            <w:pPr>
              <w:jc w:val="center"/>
            </w:pPr>
            <w:r>
              <w:rPr>
                <w:color w:val="E8E8EE"/>
                <w:sz w:val="16"/>
              </w:rPr>
              <w:br/>
              <w:t>Dein Foto hierhin:</w:t>
              <w:br/>
              <w:t>diesen Text löschen,</w:t>
              <w:br/>
              <w:t>dann Einfügen → Bilder</w:t>
              <w:br/>
            </w:r>
          </w:p>
          <w:p>
            <w:pPr>
              <w:spacing w:after="200"/>
            </w:pPr>
          </w:p>
          <w:p>
            <w:pPr>
              <w:spacing w:after="200" w:before="0"/>
            </w:pPr>
            <w:r>
              <w:rPr>
                <w:b/>
                <w:color w:val="FFFFFF"/>
                <w:sz w:val="32"/>
              </w:rPr>
              <w:t>Melanie Voss</w:t>
            </w:r>
          </w:p>
          <w:p>
            <w:pPr>
              <w:spacing w:after="40" w:before="120"/>
            </w:pPr>
            <w:r>
              <w:rPr>
                <w:b/>
                <w:color w:val="FFFFFF"/>
                <w:sz w:val="18"/>
              </w:rPr>
              <w:t>KONTAKT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Graz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melanie.voss@example.com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+43 664 4433987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KENNTNISSE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MS Office (fortgeschritten, inkl. Excel-Auswertungen)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BMD NTCS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ERP-Grundlagen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DSGVO-Grundlagen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Reiseorganisation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SPRACHEN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Deutsch (Muttersprache)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Englisch (B2, sicher in E-Mail-Korrespondenz)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INTERESSEN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Stadtteil-Flohmarkt (Mitorganisatorin)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Laufen</w:t>
            </w:r>
          </w:p>
        </w:tc>
        <w:tc>
          <w:tcPr>
            <w:tcW w:type="dxa" w:w="6917"/>
          </w:tcPr>
          <w:p>
            <w:pPr>
              <w:spacing w:after="80" w:before="0"/>
              <w:pBdr>
                <w:bottom w:val="single" w:sz="6" w:space="2" w:color="0E6973"/>
              </w:pBdr>
            </w:pPr>
            <w:r>
              <w:rPr>
                <w:b/>
                <w:color w:val="0E6973"/>
                <w:sz w:val="22"/>
              </w:rPr>
              <w:t>KURZPROFIL</w:t>
            </w:r>
          </w:p>
          <w:p>
            <w:pPr>
              <w:spacing w:after="80" w:before="0"/>
            </w:pPr>
            <w:r>
              <w:rPr>
                <w:b w:val="0"/>
                <w:sz w:val="20"/>
              </w:rPr>
              <w:t>Bürokauffrau mit 6 Jahren Erfahrung im Mittelstand – Auftragsabwicklung, vorbereitende Buchhaltung und Office-Organisation für ein 40-Personen-Unternehmen. Zuletzt Einführung der digitalen Rechnungsfreigabe mitgestaltet. Sucht: Office-Management-Rolle mit Verantwortung.</w:t>
            </w:r>
          </w:p>
          <w:p>
            <w:pPr>
              <w:spacing w:after="80" w:before="240"/>
              <w:pBdr>
                <w:bottom w:val="single" w:sz="6" w:space="2" w:color="0E6973"/>
              </w:pBdr>
            </w:pPr>
            <w:r>
              <w:rPr>
                <w:b/>
                <w:color w:val="0E6973"/>
                <w:sz w:val="22"/>
              </w:rPr>
              <w:t>BERUFSERFAHRUNG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Bürokauffrau</w:t>
            </w:r>
            <w:r>
              <w:rPr>
                <w:color w:val="5A5A64"/>
                <w:sz w:val="20"/>
              </w:rPr>
              <w:t xml:space="preserve">  ·  Steirer Anlagenbau GmbH, Graz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08/2020 – heute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Auftragsabwicklung von Angebot bis Rechnung (ca. 120 Vorgänge/Monat)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Vorbereitende Buchhaltung (BMD NTCS), Reisekosten, Bestellwesen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Mitgestaltung der Umstellung auf digitale Rechnungsfreigabe (Durchlaufzeit halbiert)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Organisation von Firmenevents und Empfang</w:t>
            </w:r>
          </w:p>
          <w:p>
            <w:pPr>
              <w:spacing w:after="80" w:before="240"/>
              <w:pBdr>
                <w:bottom w:val="single" w:sz="6" w:space="2" w:color="0E6973"/>
              </w:pBdr>
            </w:pPr>
            <w:r>
              <w:rPr>
                <w:b/>
                <w:color w:val="0E6973"/>
                <w:sz w:val="22"/>
              </w:rPr>
              <w:t>AUSBILDUNG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Lehre Bürokauffrau (LAP)</w:t>
            </w:r>
            <w:r>
              <w:rPr>
                <w:color w:val="5A5A64"/>
                <w:sz w:val="20"/>
              </w:rPr>
              <w:t xml:space="preserve">  ·  Steirer Anlagenbau GmbH, Graz</w:t>
            </w:r>
          </w:p>
          <w:p>
            <w:pPr>
              <w:spacing w:after="160" w:before="0"/>
            </w:pPr>
            <w:r>
              <w:rPr>
                <w:b w:val="0"/>
                <w:color w:val="5A5A64"/>
                <w:sz w:val="18"/>
              </w:rPr>
              <w:t>2017 – 2020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Pflichtschulabschluss</w:t>
            </w:r>
            <w:r>
              <w:rPr>
                <w:color w:val="5A5A64"/>
                <w:sz w:val="20"/>
              </w:rPr>
              <w:t xml:space="preserve">  ·  Mittelschule Graz-Andritz</w:t>
            </w:r>
          </w:p>
          <w:p>
            <w:pPr>
              <w:spacing w:after="160" w:before="0"/>
            </w:pPr>
            <w:r>
              <w:rPr>
                <w:b w:val="0"/>
                <w:color w:val="5A5A64"/>
                <w:sz w:val="18"/>
              </w:rPr>
              <w:t>2017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