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220"/>
        <w:gridCol w:w="2698"/>
      </w:tblGrid>
      <w:tr w:rsidR="00823846" w:rsidRPr="00BE0AD9" w14:paraId="7FD7B07A" w14:textId="77777777" w:rsidTr="00BE0AD9">
        <w:trPr>
          <w:trHeight w:val="940"/>
        </w:trPr>
        <w:tc>
          <w:tcPr>
            <w:tcW w:w="8220" w:type="dxa"/>
            <w:shd w:val="clear" w:color="auto" w:fill="B3EDE0"/>
          </w:tcPr>
          <w:p w14:paraId="035939DA" w14:textId="77777777" w:rsidR="00823846" w:rsidRPr="00BE0AD9" w:rsidRDefault="000B167F">
            <w:pPr>
              <w:spacing w:after="40"/>
              <w:rPr>
                <w:lang w:val="de-AT"/>
              </w:rPr>
            </w:pPr>
            <w:r w:rsidRPr="00BE0AD9">
              <w:rPr>
                <w:b/>
                <w:color w:val="1A1A24"/>
                <w:sz w:val="46"/>
                <w:lang w:val="de-AT"/>
              </w:rPr>
              <w:t>Felix Brandner</w:t>
            </w:r>
          </w:p>
          <w:p w14:paraId="110D0A62" w14:textId="77777777" w:rsidR="00823846" w:rsidRPr="00BE0AD9" w:rsidRDefault="000B167F">
            <w:pPr>
              <w:spacing w:after="0"/>
              <w:rPr>
                <w:lang w:val="de-AT"/>
              </w:rPr>
            </w:pPr>
            <w:r w:rsidRPr="00BE0AD9">
              <w:rPr>
                <w:color w:val="4A4458"/>
                <w:sz w:val="19"/>
                <w:lang w:val="de-AT"/>
              </w:rPr>
              <w:t>Innsbruck · felix.brandner@example.com · +43 650 6677445</w:t>
            </w:r>
          </w:p>
        </w:tc>
        <w:tc>
          <w:tcPr>
            <w:tcW w:w="2698" w:type="dxa"/>
            <w:shd w:val="clear" w:color="auto" w:fill="B3EDE0"/>
            <w:vAlign w:val="center"/>
          </w:tcPr>
          <w:p w14:paraId="3C540F31" w14:textId="77777777" w:rsidR="00823846" w:rsidRPr="00BE0AD9" w:rsidRDefault="000B167F">
            <w:pPr>
              <w:jc w:val="center"/>
              <w:rPr>
                <w:lang w:val="de-AT"/>
              </w:rPr>
            </w:pPr>
            <w:r w:rsidRPr="00BE0AD9">
              <w:rPr>
                <w:color w:val="4A4458"/>
                <w:sz w:val="16"/>
                <w:lang w:val="de-AT"/>
              </w:rPr>
              <w:t>Dein Foto hierhin:</w:t>
            </w:r>
            <w:r w:rsidRPr="00BE0AD9">
              <w:rPr>
                <w:color w:val="4A4458"/>
                <w:sz w:val="16"/>
                <w:lang w:val="de-AT"/>
              </w:rPr>
              <w:br/>
              <w:t>diesen Text löschen, dann</w:t>
            </w:r>
            <w:r w:rsidRPr="00BE0AD9">
              <w:rPr>
                <w:color w:val="4A4458"/>
                <w:sz w:val="16"/>
                <w:lang w:val="de-AT"/>
              </w:rPr>
              <w:br/>
              <w:t>Einfügen → Bilder</w:t>
            </w:r>
          </w:p>
        </w:tc>
      </w:tr>
    </w:tbl>
    <w:p w14:paraId="109A24D2" w14:textId="77777777" w:rsidR="00823846" w:rsidRPr="00BE0AD9" w:rsidRDefault="00823846">
      <w:pPr>
        <w:spacing w:after="40"/>
        <w:rPr>
          <w:lang w:val="de-AT"/>
        </w:rPr>
      </w:pPr>
    </w:p>
    <w:p w14:paraId="0483405E" w14:textId="77777777" w:rsidR="00823846" w:rsidRPr="00BE0AD9" w:rsidRDefault="000B167F">
      <w:pPr>
        <w:pBdr>
          <w:bottom w:val="single" w:sz="6" w:space="2" w:color="1A1A24"/>
        </w:pBdr>
        <w:spacing w:before="240" w:after="120"/>
        <w:rPr>
          <w:lang w:val="de-AT"/>
        </w:rPr>
      </w:pPr>
      <w:r w:rsidRPr="00BE0AD9">
        <w:rPr>
          <w:b/>
          <w:color w:val="1A1A24"/>
          <w:sz w:val="22"/>
          <w:lang w:val="de-AT"/>
        </w:rPr>
        <w:t>KURZPROFIL</w:t>
      </w:r>
    </w:p>
    <w:p w14:paraId="3A4912D7" w14:textId="77777777" w:rsidR="00823846" w:rsidRPr="00BE0AD9" w:rsidRDefault="000B167F">
      <w:pPr>
        <w:spacing w:after="80"/>
        <w:rPr>
          <w:lang w:val="de-AT"/>
        </w:rPr>
      </w:pPr>
      <w:r w:rsidRPr="00BE0AD9">
        <w:rPr>
          <w:lang w:val="de-AT"/>
        </w:rPr>
        <w:t>Maturant (2026) bewirbt sich für ein Freiwilliges Sozialjahr, bevorzugt Kinder- und Jugendarbeit. Drei Jahre Jugendleiter-Erfahrung im Sportverein, berufspraktische Tage in einer Sonderschule.</w:t>
      </w:r>
    </w:p>
    <w:p w14:paraId="2064A0E4" w14:textId="77777777" w:rsidR="00823846" w:rsidRDefault="000B167F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SCHULBILDUNG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823846" w:rsidRPr="00BE0AD9" w14:paraId="69ED839F" w14:textId="77777777">
        <w:tc>
          <w:tcPr>
            <w:tcW w:w="2041" w:type="dxa"/>
          </w:tcPr>
          <w:p w14:paraId="4F7D1C0D" w14:textId="77777777" w:rsidR="00823846" w:rsidRDefault="000B167F">
            <w:pPr>
              <w:spacing w:after="120"/>
            </w:pPr>
            <w:r>
              <w:rPr>
                <w:color w:val="5A5A64"/>
                <w:sz w:val="18"/>
              </w:rPr>
              <w:t>06/2026</w:t>
            </w:r>
          </w:p>
        </w:tc>
        <w:tc>
          <w:tcPr>
            <w:tcW w:w="7370" w:type="dxa"/>
          </w:tcPr>
          <w:p w14:paraId="0DA9F4AB" w14:textId="77777777" w:rsidR="00823846" w:rsidRPr="00BE0AD9" w:rsidRDefault="000B167F">
            <w:pPr>
              <w:spacing w:after="40"/>
              <w:rPr>
                <w:lang w:val="de-AT"/>
              </w:rPr>
            </w:pPr>
            <w:proofErr w:type="gramStart"/>
            <w:r w:rsidRPr="00BE0AD9">
              <w:rPr>
                <w:b/>
                <w:color w:val="1A1A24"/>
                <w:sz w:val="21"/>
                <w:lang w:val="de-AT"/>
              </w:rPr>
              <w:t>Matura</w:t>
            </w:r>
            <w:r w:rsidRPr="00BE0AD9">
              <w:rPr>
                <w:color w:val="5A5A64"/>
                <w:lang w:val="de-AT"/>
              </w:rPr>
              <w:t xml:space="preserve">  ·</w:t>
            </w:r>
            <w:proofErr w:type="gramEnd"/>
            <w:r w:rsidRPr="00BE0AD9">
              <w:rPr>
                <w:color w:val="5A5A64"/>
                <w:lang w:val="de-AT"/>
              </w:rPr>
              <w:t xml:space="preserve">  BG/BRG Innsbruck (AHS)</w:t>
            </w:r>
          </w:p>
          <w:p w14:paraId="4C1C04B5" w14:textId="77777777" w:rsidR="00823846" w:rsidRPr="00BE0AD9" w:rsidRDefault="000B167F">
            <w:pPr>
              <w:pStyle w:val="ListBullet"/>
              <w:spacing w:after="160"/>
              <w:rPr>
                <w:lang w:val="de-AT"/>
              </w:rPr>
            </w:pPr>
            <w:r w:rsidRPr="00BE0AD9">
              <w:rPr>
                <w:lang w:val="de-AT"/>
              </w:rPr>
              <w:t>Guter Erfolg · Vertiefung Psychologie/Philosophie</w:t>
            </w:r>
          </w:p>
        </w:tc>
      </w:tr>
    </w:tbl>
    <w:p w14:paraId="57DF4BDE" w14:textId="77777777" w:rsidR="00823846" w:rsidRDefault="000B167F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PRAKTISCHE 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823846" w14:paraId="56DAE980" w14:textId="77777777">
        <w:tc>
          <w:tcPr>
            <w:tcW w:w="2041" w:type="dxa"/>
          </w:tcPr>
          <w:p w14:paraId="2C6E6D13" w14:textId="77777777" w:rsidR="00823846" w:rsidRDefault="000B167F">
            <w:pPr>
              <w:spacing w:after="120"/>
            </w:pPr>
            <w:r>
              <w:rPr>
                <w:color w:val="5A5A64"/>
                <w:sz w:val="18"/>
              </w:rPr>
              <w:t>seit 2023</w:t>
            </w:r>
          </w:p>
        </w:tc>
        <w:tc>
          <w:tcPr>
            <w:tcW w:w="7370" w:type="dxa"/>
          </w:tcPr>
          <w:p w14:paraId="235B3B2F" w14:textId="77777777" w:rsidR="00823846" w:rsidRPr="00BE0AD9" w:rsidRDefault="000B167F">
            <w:pPr>
              <w:spacing w:after="40"/>
              <w:rPr>
                <w:lang w:val="de-AT"/>
              </w:rPr>
            </w:pPr>
            <w:r w:rsidRPr="00BE0AD9">
              <w:rPr>
                <w:b/>
                <w:color w:val="1A1A24"/>
                <w:sz w:val="21"/>
                <w:lang w:val="de-AT"/>
              </w:rPr>
              <w:t>Jugendtrainer U10 (Jugendleiter-Ausbildung 2024</w:t>
            </w:r>
            <w:proofErr w:type="gramStart"/>
            <w:r w:rsidRPr="00BE0AD9">
              <w:rPr>
                <w:b/>
                <w:color w:val="1A1A24"/>
                <w:sz w:val="21"/>
                <w:lang w:val="de-AT"/>
              </w:rPr>
              <w:t>)</w:t>
            </w:r>
            <w:r w:rsidRPr="00BE0AD9">
              <w:rPr>
                <w:color w:val="5A5A64"/>
                <w:lang w:val="de-AT"/>
              </w:rPr>
              <w:t xml:space="preserve">  ·</w:t>
            </w:r>
            <w:proofErr w:type="gramEnd"/>
            <w:r w:rsidRPr="00BE0AD9">
              <w:rPr>
                <w:color w:val="5A5A64"/>
                <w:lang w:val="de-AT"/>
              </w:rPr>
              <w:t xml:space="preserve">  SV Innsbruck-West</w:t>
            </w:r>
          </w:p>
          <w:p w14:paraId="7DFA4646" w14:textId="77777777" w:rsidR="00823846" w:rsidRDefault="000B167F">
            <w:pPr>
              <w:pStyle w:val="ListBullet"/>
              <w:spacing w:after="40"/>
            </w:pPr>
            <w:r>
              <w:t>Eigenverantwortliches Training für 14 Kinder</w:t>
            </w:r>
          </w:p>
          <w:p w14:paraId="0566E139" w14:textId="77777777" w:rsidR="00823846" w:rsidRDefault="000B167F">
            <w:pPr>
              <w:pStyle w:val="ListBullet"/>
              <w:spacing w:after="160"/>
            </w:pPr>
            <w:r>
              <w:t>Turnierorganisation</w:t>
            </w:r>
          </w:p>
        </w:tc>
      </w:tr>
      <w:tr w:rsidR="00823846" w14:paraId="6D44BDFC" w14:textId="77777777">
        <w:tc>
          <w:tcPr>
            <w:tcW w:w="2041" w:type="dxa"/>
          </w:tcPr>
          <w:p w14:paraId="273CAA45" w14:textId="77777777" w:rsidR="00823846" w:rsidRDefault="000B167F">
            <w:pPr>
              <w:spacing w:after="120"/>
            </w:pPr>
            <w:r>
              <w:rPr>
                <w:color w:val="5A5A64"/>
                <w:sz w:val="18"/>
              </w:rPr>
              <w:t>03/2025</w:t>
            </w:r>
          </w:p>
        </w:tc>
        <w:tc>
          <w:tcPr>
            <w:tcW w:w="7370" w:type="dxa"/>
          </w:tcPr>
          <w:p w14:paraId="5D5CD994" w14:textId="77777777" w:rsidR="00823846" w:rsidRDefault="000B167F">
            <w:pPr>
              <w:spacing w:after="40"/>
            </w:pPr>
            <w:r>
              <w:rPr>
                <w:b/>
                <w:color w:val="1A1A24"/>
                <w:sz w:val="21"/>
              </w:rPr>
              <w:t>Berufspraktische Tage</w:t>
            </w:r>
            <w:r>
              <w:rPr>
                <w:color w:val="5A5A64"/>
              </w:rPr>
              <w:t xml:space="preserve">  ·  Allgemeine Sonderschule Innsbruck</w:t>
            </w:r>
          </w:p>
          <w:p w14:paraId="4E13EBAA" w14:textId="77777777" w:rsidR="00823846" w:rsidRDefault="000B167F">
            <w:pPr>
              <w:pStyle w:val="ListBullet"/>
              <w:spacing w:after="160"/>
            </w:pPr>
            <w:r>
              <w:t>Unterrichtsbegleitung, Pausenbetreuung</w:t>
            </w:r>
          </w:p>
        </w:tc>
      </w:tr>
    </w:tbl>
    <w:p w14:paraId="0139559A" w14:textId="77777777" w:rsidR="00823846" w:rsidRDefault="000B167F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ENGAGEMENT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823846" w:rsidRPr="00BE0AD9" w14:paraId="3B253F18" w14:textId="77777777">
        <w:tc>
          <w:tcPr>
            <w:tcW w:w="2041" w:type="dxa"/>
          </w:tcPr>
          <w:p w14:paraId="0F959B89" w14:textId="77777777" w:rsidR="00823846" w:rsidRDefault="000B167F">
            <w:pPr>
              <w:spacing w:after="120"/>
            </w:pPr>
            <w:r>
              <w:rPr>
                <w:color w:val="5A5A64"/>
                <w:sz w:val="18"/>
              </w:rPr>
              <w:t>2022 – 2024</w:t>
            </w:r>
          </w:p>
        </w:tc>
        <w:tc>
          <w:tcPr>
            <w:tcW w:w="7370" w:type="dxa"/>
          </w:tcPr>
          <w:p w14:paraId="797C9F26" w14:textId="77777777" w:rsidR="00823846" w:rsidRDefault="000B167F">
            <w:pPr>
              <w:spacing w:after="40"/>
            </w:pPr>
            <w:r>
              <w:rPr>
                <w:b/>
                <w:color w:val="1A1A24"/>
                <w:sz w:val="21"/>
              </w:rPr>
              <w:t>Peer-Mediation der Schule</w:t>
            </w:r>
          </w:p>
          <w:p w14:paraId="3CF26BFB" w14:textId="77777777" w:rsidR="00823846" w:rsidRPr="00BE0AD9" w:rsidRDefault="000B167F">
            <w:pPr>
              <w:pStyle w:val="ListBullet"/>
              <w:spacing w:after="160"/>
              <w:rPr>
                <w:lang w:val="de-AT"/>
              </w:rPr>
            </w:pPr>
            <w:r w:rsidRPr="00BE0AD9">
              <w:rPr>
                <w:lang w:val="de-AT"/>
              </w:rPr>
              <w:t>Ausgebildeter Peer-Mediator, Vermittlung in über 20 Konflikten</w:t>
            </w:r>
          </w:p>
        </w:tc>
      </w:tr>
    </w:tbl>
    <w:p w14:paraId="1EF25D6D" w14:textId="77777777" w:rsidR="00823846" w:rsidRPr="00BE0AD9" w:rsidRDefault="000B167F">
      <w:pPr>
        <w:pBdr>
          <w:bottom w:val="single" w:sz="6" w:space="2" w:color="1A1A24"/>
        </w:pBdr>
        <w:spacing w:before="240" w:after="120"/>
        <w:rPr>
          <w:lang w:val="de-AT"/>
        </w:rPr>
      </w:pPr>
      <w:r w:rsidRPr="00BE0AD9">
        <w:rPr>
          <w:b/>
          <w:color w:val="1A1A24"/>
          <w:sz w:val="22"/>
          <w:lang w:val="de-AT"/>
        </w:rPr>
        <w:t>KENNTNISSE</w:t>
      </w:r>
    </w:p>
    <w:p w14:paraId="52F6F30A" w14:textId="77777777" w:rsidR="00823846" w:rsidRPr="00BE0AD9" w:rsidRDefault="000B167F">
      <w:pPr>
        <w:spacing w:after="80"/>
        <w:rPr>
          <w:lang w:val="de-AT"/>
        </w:rPr>
      </w:pPr>
      <w:r w:rsidRPr="00BE0AD9">
        <w:rPr>
          <w:lang w:val="de-AT"/>
        </w:rPr>
        <w:t>Jugendleiter-Ausbildung · Erste Hilfe (2025) · MS Office</w:t>
      </w:r>
    </w:p>
    <w:p w14:paraId="66D6BBAB" w14:textId="77777777" w:rsidR="00823846" w:rsidRPr="00BE0AD9" w:rsidRDefault="000B167F">
      <w:pPr>
        <w:pBdr>
          <w:bottom w:val="single" w:sz="6" w:space="2" w:color="1A1A24"/>
        </w:pBdr>
        <w:spacing w:before="240" w:after="120"/>
        <w:rPr>
          <w:lang w:val="de-AT"/>
        </w:rPr>
      </w:pPr>
      <w:r w:rsidRPr="00BE0AD9">
        <w:rPr>
          <w:b/>
          <w:color w:val="1A1A24"/>
          <w:sz w:val="22"/>
          <w:lang w:val="de-AT"/>
        </w:rPr>
        <w:t>SPRACHEN</w:t>
      </w:r>
    </w:p>
    <w:p w14:paraId="56EA84AF" w14:textId="77777777" w:rsidR="00823846" w:rsidRPr="00BE0AD9" w:rsidRDefault="000B167F">
      <w:pPr>
        <w:spacing w:after="80"/>
        <w:rPr>
          <w:lang w:val="de-AT"/>
        </w:rPr>
      </w:pPr>
      <w:r w:rsidRPr="00BE0AD9">
        <w:rPr>
          <w:lang w:val="de-AT"/>
        </w:rPr>
        <w:t>Deutsch (Muttersprache) · Englisch (B2)</w:t>
      </w:r>
    </w:p>
    <w:p w14:paraId="7DF1072F" w14:textId="77777777" w:rsidR="00823846" w:rsidRDefault="000B167F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INTERESSEN</w:t>
      </w:r>
    </w:p>
    <w:p w14:paraId="22AD9F92" w14:textId="77777777" w:rsidR="00823846" w:rsidRDefault="000B167F">
      <w:pPr>
        <w:spacing w:after="80"/>
      </w:pPr>
      <w:r>
        <w:t>Fußball · Jugendarbeit · Gitarre</w:t>
      </w:r>
    </w:p>
    <w:sectPr w:rsidR="00823846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53DA7" w14:textId="77777777" w:rsidR="000B167F" w:rsidRDefault="000B167F">
      <w:pPr>
        <w:spacing w:after="0" w:line="240" w:lineRule="auto"/>
      </w:pPr>
      <w:r>
        <w:separator/>
      </w:r>
    </w:p>
  </w:endnote>
  <w:endnote w:type="continuationSeparator" w:id="0">
    <w:p w14:paraId="483017A5" w14:textId="77777777" w:rsidR="000B167F" w:rsidRDefault="000B1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33CD" w14:textId="77777777" w:rsidR="00823846" w:rsidRPr="00BE0AD9" w:rsidRDefault="000B167F">
    <w:pPr>
      <w:pStyle w:val="Footer"/>
      <w:jc w:val="center"/>
      <w:rPr>
        <w:lang w:val="de-AT"/>
      </w:rPr>
    </w:pPr>
    <w:r w:rsidRPr="00BE0AD9">
      <w:rPr>
        <w:color w:val="5A5A64"/>
        <w:sz w:val="16"/>
        <w:lang w:val="de-AT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9743B" w14:textId="77777777" w:rsidR="000B167F" w:rsidRDefault="000B167F">
      <w:pPr>
        <w:spacing w:after="0" w:line="240" w:lineRule="auto"/>
      </w:pPr>
      <w:r>
        <w:separator/>
      </w:r>
    </w:p>
  </w:footnote>
  <w:footnote w:type="continuationSeparator" w:id="0">
    <w:p w14:paraId="4C08D567" w14:textId="77777777" w:rsidR="000B167F" w:rsidRDefault="000B1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6375000">
    <w:abstractNumId w:val="8"/>
  </w:num>
  <w:num w:numId="2" w16cid:durableId="315424941">
    <w:abstractNumId w:val="6"/>
  </w:num>
  <w:num w:numId="3" w16cid:durableId="1510678105">
    <w:abstractNumId w:val="5"/>
  </w:num>
  <w:num w:numId="4" w16cid:durableId="1942371530">
    <w:abstractNumId w:val="4"/>
  </w:num>
  <w:num w:numId="5" w16cid:durableId="239219261">
    <w:abstractNumId w:val="7"/>
  </w:num>
  <w:num w:numId="6" w16cid:durableId="1581528029">
    <w:abstractNumId w:val="3"/>
  </w:num>
  <w:num w:numId="7" w16cid:durableId="828591871">
    <w:abstractNumId w:val="2"/>
  </w:num>
  <w:num w:numId="8" w16cid:durableId="1890723199">
    <w:abstractNumId w:val="1"/>
  </w:num>
  <w:num w:numId="9" w16cid:durableId="1393040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67F"/>
    <w:rsid w:val="0015074B"/>
    <w:rsid w:val="0029639D"/>
    <w:rsid w:val="00326F90"/>
    <w:rsid w:val="00823846"/>
    <w:rsid w:val="00A1334A"/>
    <w:rsid w:val="00AA1D8D"/>
    <w:rsid w:val="00B47730"/>
    <w:rsid w:val="00BE0AD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8C20A09-8E93-46E0-B30E-20B48007C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2026-07-18T19:48:00Z</dcterms:modified>
  <cp:category/>
</cp:coreProperties>
</file>