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184"/>
        <w:gridCol w:w="2686"/>
      </w:tblGrid>
      <w:tr w:rsidR="00FD7430" w:rsidRPr="00D472AB" w14:paraId="3FE037B9" w14:textId="77777777" w:rsidTr="00D472AB">
        <w:trPr>
          <w:trHeight w:val="986"/>
        </w:trPr>
        <w:tc>
          <w:tcPr>
            <w:tcW w:w="8184" w:type="dxa"/>
            <w:shd w:val="clear" w:color="auto" w:fill="0E6973"/>
          </w:tcPr>
          <w:p w14:paraId="36D6A06D" w14:textId="77777777" w:rsidR="00FD7430" w:rsidRDefault="009D317F">
            <w:pPr>
              <w:spacing w:after="40"/>
            </w:pPr>
            <w:r>
              <w:rPr>
                <w:b/>
                <w:color w:val="FFFFFF"/>
                <w:sz w:val="46"/>
              </w:rPr>
              <w:t>Selin Aksoy</w:t>
            </w:r>
          </w:p>
          <w:p w14:paraId="62D554FB" w14:textId="77777777" w:rsidR="00FD7430" w:rsidRDefault="009D317F">
            <w:pPr>
              <w:spacing w:after="0"/>
            </w:pPr>
            <w:r>
              <w:rPr>
                <w:color w:val="E8E8EE"/>
                <w:sz w:val="19"/>
              </w:rPr>
              <w:t>Wien · selin.aksoy@example.com · +43 660 2211678</w:t>
            </w:r>
          </w:p>
        </w:tc>
        <w:tc>
          <w:tcPr>
            <w:tcW w:w="2686" w:type="dxa"/>
            <w:shd w:val="clear" w:color="auto" w:fill="0E6973"/>
            <w:vAlign w:val="center"/>
          </w:tcPr>
          <w:p w14:paraId="2D2A03CA" w14:textId="77777777" w:rsidR="00FD7430" w:rsidRPr="00D472AB" w:rsidRDefault="009D317F">
            <w:pPr>
              <w:jc w:val="center"/>
              <w:rPr>
                <w:lang w:val="de-AT"/>
              </w:rPr>
            </w:pPr>
            <w:r w:rsidRPr="00D472AB">
              <w:rPr>
                <w:color w:val="E8E8EE"/>
                <w:sz w:val="16"/>
                <w:lang w:val="de-AT"/>
              </w:rPr>
              <w:t>Dein Foto hierhin:</w:t>
            </w:r>
            <w:r w:rsidRPr="00D472AB">
              <w:rPr>
                <w:color w:val="E8E8EE"/>
                <w:sz w:val="16"/>
                <w:lang w:val="de-AT"/>
              </w:rPr>
              <w:br/>
              <w:t>diesen Text löschen, dann</w:t>
            </w:r>
            <w:r w:rsidRPr="00D472AB">
              <w:rPr>
                <w:color w:val="E8E8EE"/>
                <w:sz w:val="16"/>
                <w:lang w:val="de-AT"/>
              </w:rPr>
              <w:br/>
              <w:t>Einfügen → Bilder</w:t>
            </w:r>
          </w:p>
        </w:tc>
      </w:tr>
    </w:tbl>
    <w:p w14:paraId="17C677CC" w14:textId="77777777" w:rsidR="00FD7430" w:rsidRPr="00D472AB" w:rsidRDefault="00FD7430">
      <w:pPr>
        <w:spacing w:after="40"/>
        <w:rPr>
          <w:lang w:val="de-AT"/>
        </w:rPr>
      </w:pPr>
    </w:p>
    <w:p w14:paraId="33EE7A71" w14:textId="77777777" w:rsidR="00FD7430" w:rsidRPr="00D472AB" w:rsidRDefault="009D317F">
      <w:pPr>
        <w:pBdr>
          <w:bottom w:val="single" w:sz="6" w:space="2" w:color="0E6973"/>
        </w:pBdr>
        <w:spacing w:before="240" w:after="120"/>
        <w:rPr>
          <w:lang w:val="de-AT"/>
        </w:rPr>
      </w:pPr>
      <w:r w:rsidRPr="00D472AB">
        <w:rPr>
          <w:b/>
          <w:color w:val="0E6973"/>
          <w:sz w:val="22"/>
          <w:lang w:val="de-AT"/>
        </w:rPr>
        <w:t>KURZPROFIL</w:t>
      </w:r>
    </w:p>
    <w:p w14:paraId="5EDC16C4" w14:textId="77777777" w:rsidR="00FD7430" w:rsidRDefault="009D317F">
      <w:pPr>
        <w:spacing w:after="80"/>
      </w:pPr>
      <w:r w:rsidRPr="00D472AB">
        <w:rPr>
          <w:lang w:val="de-AT"/>
        </w:rPr>
        <w:t xml:space="preserve">Ordinationsassistentin mit 5 Jahren Erfahrung in einer hausärztlichen Gruppenpraxis. Verantwortlich für Terminmanagement, Labor und ÖGK-Abrechnung, zuletzt Digitalisierung der Patientenakten mitbetreut. </w:t>
      </w:r>
      <w:r>
        <w:t>Sucht: Position mit Schwerpunkt Ordinationsorganisation.</w:t>
      </w:r>
    </w:p>
    <w:p w14:paraId="3C62559D" w14:textId="77777777" w:rsidR="00FD7430" w:rsidRDefault="009D317F">
      <w:pPr>
        <w:pBdr>
          <w:bottom w:val="single" w:sz="6" w:space="2" w:color="0E6973"/>
        </w:pBdr>
        <w:spacing w:before="240" w:after="120"/>
      </w:pPr>
      <w:r>
        <w:rPr>
          <w:b/>
          <w:color w:val="0E6973"/>
          <w:sz w:val="22"/>
        </w:rPr>
        <w:t>BERUFSERFAHRUNG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FD7430" w:rsidRPr="00D472AB" w14:paraId="067C6EC1" w14:textId="77777777">
        <w:tc>
          <w:tcPr>
            <w:tcW w:w="2041" w:type="dxa"/>
          </w:tcPr>
          <w:p w14:paraId="237B3DE8" w14:textId="77777777" w:rsidR="00FD7430" w:rsidRDefault="009D317F">
            <w:pPr>
              <w:spacing w:after="120"/>
            </w:pPr>
            <w:r>
              <w:rPr>
                <w:color w:val="5A5A64"/>
                <w:sz w:val="18"/>
              </w:rPr>
              <w:t>07/2021 – heute</w:t>
            </w:r>
          </w:p>
        </w:tc>
        <w:tc>
          <w:tcPr>
            <w:tcW w:w="7370" w:type="dxa"/>
          </w:tcPr>
          <w:p w14:paraId="4A02A6E7" w14:textId="77777777" w:rsidR="00FD7430" w:rsidRPr="00D472AB" w:rsidRDefault="009D317F">
            <w:pPr>
              <w:spacing w:after="40"/>
              <w:rPr>
                <w:lang w:val="de-AT"/>
              </w:rPr>
            </w:pPr>
            <w:r w:rsidRPr="00D472AB">
              <w:rPr>
                <w:b/>
                <w:color w:val="1A1A24"/>
                <w:sz w:val="21"/>
                <w:lang w:val="de-AT"/>
              </w:rPr>
              <w:t>Ordinationsassistentin</w:t>
            </w:r>
            <w:r w:rsidRPr="00D472AB">
              <w:rPr>
                <w:color w:val="5A5A64"/>
                <w:lang w:val="de-AT"/>
              </w:rPr>
              <w:t xml:space="preserve">  ·  Gruppenpraxis Dr. Weber &amp; Kollegen, Wien</w:t>
            </w:r>
          </w:p>
          <w:p w14:paraId="62C9B98B" w14:textId="77777777" w:rsidR="00FD7430" w:rsidRPr="00D472AB" w:rsidRDefault="009D317F">
            <w:pPr>
              <w:pStyle w:val="ListBullet"/>
              <w:spacing w:after="40"/>
              <w:rPr>
                <w:lang w:val="de-AT"/>
              </w:rPr>
            </w:pPr>
            <w:r w:rsidRPr="00D472AB">
              <w:rPr>
                <w:lang w:val="de-AT"/>
              </w:rPr>
              <w:t>Anmeldung, Terminmanagement und Telefontriage für 3 Ärzte (ca. 80 Patienten/Tag)</w:t>
            </w:r>
          </w:p>
          <w:p w14:paraId="6FDFEA3A" w14:textId="77777777" w:rsidR="00FD7430" w:rsidRDefault="009D317F">
            <w:pPr>
              <w:pStyle w:val="ListBullet"/>
              <w:spacing w:after="40"/>
            </w:pPr>
            <w:r>
              <w:t>Blutabnahmen, EKG, Impfmanagement, Labororganisation</w:t>
            </w:r>
          </w:p>
          <w:p w14:paraId="7C29A003" w14:textId="77777777" w:rsidR="00FD7430" w:rsidRPr="00D472AB" w:rsidRDefault="009D317F">
            <w:pPr>
              <w:pStyle w:val="ListBullet"/>
              <w:spacing w:after="40"/>
              <w:rPr>
                <w:lang w:val="de-AT"/>
              </w:rPr>
            </w:pPr>
            <w:r w:rsidRPr="00D472AB">
              <w:rPr>
                <w:lang w:val="de-AT"/>
              </w:rPr>
              <w:t>ÖGK-Abrechnung und e-card-Administration</w:t>
            </w:r>
          </w:p>
          <w:p w14:paraId="63EC977C" w14:textId="77777777" w:rsidR="00FD7430" w:rsidRPr="00D472AB" w:rsidRDefault="009D317F">
            <w:pPr>
              <w:pStyle w:val="ListBullet"/>
              <w:spacing w:after="160"/>
              <w:rPr>
                <w:lang w:val="de-AT"/>
              </w:rPr>
            </w:pPr>
            <w:r w:rsidRPr="00D472AB">
              <w:rPr>
                <w:lang w:val="de-AT"/>
              </w:rPr>
              <w:t>Mitbetreuung der Umstellung auf elektronische Kartei (2024)</w:t>
            </w:r>
          </w:p>
        </w:tc>
      </w:tr>
      <w:tr w:rsidR="00FD7430" w:rsidRPr="00D472AB" w14:paraId="711728DE" w14:textId="77777777">
        <w:tc>
          <w:tcPr>
            <w:tcW w:w="2041" w:type="dxa"/>
          </w:tcPr>
          <w:p w14:paraId="6EB19B81" w14:textId="77777777" w:rsidR="00FD7430" w:rsidRDefault="009D317F">
            <w:pPr>
              <w:spacing w:after="120"/>
            </w:pPr>
            <w:r>
              <w:rPr>
                <w:color w:val="5A5A64"/>
                <w:sz w:val="18"/>
              </w:rPr>
              <w:t>09/2020 – 06/2021</w:t>
            </w:r>
          </w:p>
        </w:tc>
        <w:tc>
          <w:tcPr>
            <w:tcW w:w="7370" w:type="dxa"/>
          </w:tcPr>
          <w:p w14:paraId="2EA7A950" w14:textId="77777777" w:rsidR="00FD7430" w:rsidRPr="00D472AB" w:rsidRDefault="009D317F">
            <w:pPr>
              <w:spacing w:after="160"/>
              <w:rPr>
                <w:lang w:val="de-AT"/>
              </w:rPr>
            </w:pPr>
            <w:r w:rsidRPr="00D472AB">
              <w:rPr>
                <w:b/>
                <w:color w:val="1A1A24"/>
                <w:sz w:val="21"/>
                <w:lang w:val="de-AT"/>
              </w:rPr>
              <w:t>Ordinationsassistentin (Berufseinstieg)</w:t>
            </w:r>
            <w:r w:rsidRPr="00D472AB">
              <w:rPr>
                <w:color w:val="5A5A64"/>
                <w:lang w:val="de-AT"/>
              </w:rPr>
              <w:t xml:space="preserve">  ·  Ordination Dr. Schmidt, Wien</w:t>
            </w:r>
          </w:p>
        </w:tc>
      </w:tr>
    </w:tbl>
    <w:p w14:paraId="2087BF71" w14:textId="77777777" w:rsidR="00FD7430" w:rsidRDefault="009D317F">
      <w:pPr>
        <w:pBdr>
          <w:bottom w:val="single" w:sz="6" w:space="2" w:color="0E6973"/>
        </w:pBdr>
        <w:spacing w:before="240" w:after="120"/>
      </w:pPr>
      <w:r>
        <w:rPr>
          <w:b/>
          <w:color w:val="0E6973"/>
          <w:sz w:val="22"/>
        </w:rPr>
        <w:t>AUSBILDUNG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FD7430" w:rsidRPr="00D472AB" w14:paraId="52307790" w14:textId="77777777">
        <w:tc>
          <w:tcPr>
            <w:tcW w:w="2041" w:type="dxa"/>
          </w:tcPr>
          <w:p w14:paraId="12C81005" w14:textId="77777777" w:rsidR="00FD7430" w:rsidRDefault="009D317F">
            <w:pPr>
              <w:spacing w:after="120"/>
            </w:pPr>
            <w:r>
              <w:rPr>
                <w:color w:val="5A5A64"/>
                <w:sz w:val="18"/>
              </w:rPr>
              <w:t>2020 – 2021</w:t>
            </w:r>
          </w:p>
        </w:tc>
        <w:tc>
          <w:tcPr>
            <w:tcW w:w="7370" w:type="dxa"/>
          </w:tcPr>
          <w:p w14:paraId="201B4B9D" w14:textId="77777777" w:rsidR="00FD7430" w:rsidRPr="00D472AB" w:rsidRDefault="009D317F">
            <w:pPr>
              <w:spacing w:after="160"/>
              <w:rPr>
                <w:lang w:val="de-AT"/>
              </w:rPr>
            </w:pPr>
            <w:r w:rsidRPr="00D472AB">
              <w:rPr>
                <w:b/>
                <w:color w:val="1A1A24"/>
                <w:sz w:val="21"/>
                <w:lang w:val="de-AT"/>
              </w:rPr>
              <w:t>MAB-Lehrgang Ordinationsassistenz (650 Std.)</w:t>
            </w:r>
            <w:r w:rsidRPr="00D472AB">
              <w:rPr>
                <w:color w:val="5A5A64"/>
                <w:lang w:val="de-AT"/>
              </w:rPr>
              <w:t xml:space="preserve">  ·  Vitalakademie Wien</w:t>
            </w:r>
          </w:p>
        </w:tc>
      </w:tr>
      <w:tr w:rsidR="00FD7430" w:rsidRPr="00D472AB" w14:paraId="4546CDE3" w14:textId="77777777">
        <w:tc>
          <w:tcPr>
            <w:tcW w:w="2041" w:type="dxa"/>
          </w:tcPr>
          <w:p w14:paraId="2867ABA0" w14:textId="77777777" w:rsidR="00FD7430" w:rsidRDefault="009D317F">
            <w:pPr>
              <w:spacing w:after="120"/>
            </w:pPr>
            <w:r>
              <w:rPr>
                <w:color w:val="5A5A64"/>
                <w:sz w:val="18"/>
              </w:rPr>
              <w:t>2019</w:t>
            </w:r>
          </w:p>
        </w:tc>
        <w:tc>
          <w:tcPr>
            <w:tcW w:w="7370" w:type="dxa"/>
          </w:tcPr>
          <w:p w14:paraId="2C2FEA93" w14:textId="77777777" w:rsidR="00FD7430" w:rsidRPr="00D472AB" w:rsidRDefault="009D317F">
            <w:pPr>
              <w:spacing w:after="160"/>
              <w:rPr>
                <w:lang w:val="de-AT"/>
              </w:rPr>
            </w:pPr>
            <w:r w:rsidRPr="00D472AB">
              <w:rPr>
                <w:b/>
                <w:color w:val="1A1A24"/>
                <w:sz w:val="21"/>
                <w:lang w:val="de-AT"/>
              </w:rPr>
              <w:t>Abschluss Handelsschule (HAS)</w:t>
            </w:r>
            <w:r w:rsidRPr="00D472AB">
              <w:rPr>
                <w:color w:val="5A5A64"/>
                <w:lang w:val="de-AT"/>
              </w:rPr>
              <w:t xml:space="preserve">  ·  BHAK/BHAS Wien 10</w:t>
            </w:r>
          </w:p>
        </w:tc>
      </w:tr>
    </w:tbl>
    <w:p w14:paraId="4855580E" w14:textId="77777777" w:rsidR="00FD7430" w:rsidRPr="00D472AB" w:rsidRDefault="009D317F">
      <w:pPr>
        <w:pBdr>
          <w:bottom w:val="single" w:sz="6" w:space="2" w:color="0E6973"/>
        </w:pBdr>
        <w:spacing w:before="240" w:after="120"/>
        <w:rPr>
          <w:lang w:val="de-AT"/>
        </w:rPr>
      </w:pPr>
      <w:r w:rsidRPr="00D472AB">
        <w:rPr>
          <w:b/>
          <w:color w:val="0E6973"/>
          <w:sz w:val="22"/>
          <w:lang w:val="de-AT"/>
        </w:rPr>
        <w:t>FORTBILDUNGEN</w:t>
      </w:r>
    </w:p>
    <w:p w14:paraId="0D1FDBB8" w14:textId="77777777" w:rsidR="00FD7430" w:rsidRPr="00D472AB" w:rsidRDefault="009D317F">
      <w:pPr>
        <w:spacing w:after="80"/>
        <w:rPr>
          <w:lang w:val="de-AT"/>
        </w:rPr>
      </w:pPr>
      <w:r w:rsidRPr="00D472AB">
        <w:rPr>
          <w:lang w:val="de-AT"/>
        </w:rPr>
        <w:t>Hygiene in der Ordination (2023) · Ordinationsmanagement (laufend)</w:t>
      </w:r>
    </w:p>
    <w:p w14:paraId="1A3CD206" w14:textId="77777777" w:rsidR="00FD7430" w:rsidRPr="00D472AB" w:rsidRDefault="009D317F">
      <w:pPr>
        <w:pBdr>
          <w:bottom w:val="single" w:sz="6" w:space="2" w:color="0E6973"/>
        </w:pBdr>
        <w:spacing w:before="240" w:after="120"/>
        <w:rPr>
          <w:lang w:val="de-AT"/>
        </w:rPr>
      </w:pPr>
      <w:r w:rsidRPr="00D472AB">
        <w:rPr>
          <w:b/>
          <w:color w:val="0E6973"/>
          <w:sz w:val="22"/>
          <w:lang w:val="de-AT"/>
        </w:rPr>
        <w:t>KENNTNISSE</w:t>
      </w:r>
    </w:p>
    <w:p w14:paraId="2A520227" w14:textId="77777777" w:rsidR="00FD7430" w:rsidRPr="00D472AB" w:rsidRDefault="009D317F">
      <w:pPr>
        <w:spacing w:after="80"/>
        <w:rPr>
          <w:lang w:val="de-AT"/>
        </w:rPr>
      </w:pPr>
      <w:r w:rsidRPr="00D472AB">
        <w:rPr>
          <w:lang w:val="de-AT"/>
        </w:rPr>
        <w:t>Ordinationssoftware · ÖGK-Abrechnung · e-card-System · Labordiagnostik · Impfmanagement</w:t>
      </w:r>
    </w:p>
    <w:p w14:paraId="27296112" w14:textId="77777777" w:rsidR="00FD7430" w:rsidRPr="00D472AB" w:rsidRDefault="009D317F">
      <w:pPr>
        <w:pBdr>
          <w:bottom w:val="single" w:sz="6" w:space="2" w:color="0E6973"/>
        </w:pBdr>
        <w:spacing w:before="240" w:after="120"/>
        <w:rPr>
          <w:lang w:val="de-AT"/>
        </w:rPr>
      </w:pPr>
      <w:r w:rsidRPr="00D472AB">
        <w:rPr>
          <w:b/>
          <w:color w:val="0E6973"/>
          <w:sz w:val="22"/>
          <w:lang w:val="de-AT"/>
        </w:rPr>
        <w:t>SPRACHEN</w:t>
      </w:r>
    </w:p>
    <w:p w14:paraId="797DAD47" w14:textId="77777777" w:rsidR="00FD7430" w:rsidRPr="00D472AB" w:rsidRDefault="009D317F">
      <w:pPr>
        <w:spacing w:after="80"/>
        <w:rPr>
          <w:lang w:val="de-AT"/>
        </w:rPr>
      </w:pPr>
      <w:r w:rsidRPr="00D472AB">
        <w:rPr>
          <w:lang w:val="de-AT"/>
        </w:rPr>
        <w:t>Deutsch (Muttersprache) · Türkisch (Muttersprache) · Englisch (B1)</w:t>
      </w:r>
    </w:p>
    <w:sectPr w:rsidR="00FD7430" w:rsidRPr="00D472AB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56CB2" w14:textId="77777777" w:rsidR="009D317F" w:rsidRDefault="009D317F">
      <w:pPr>
        <w:spacing w:after="0" w:line="240" w:lineRule="auto"/>
      </w:pPr>
      <w:r>
        <w:separator/>
      </w:r>
    </w:p>
  </w:endnote>
  <w:endnote w:type="continuationSeparator" w:id="0">
    <w:p w14:paraId="4154EC1E" w14:textId="77777777" w:rsidR="009D317F" w:rsidRDefault="009D3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535FC" w14:textId="77777777" w:rsidR="00FD7430" w:rsidRPr="00D472AB" w:rsidRDefault="009D317F">
    <w:pPr>
      <w:pStyle w:val="Footer"/>
      <w:jc w:val="center"/>
      <w:rPr>
        <w:lang w:val="de-AT"/>
      </w:rPr>
    </w:pPr>
    <w:r w:rsidRPr="00D472AB">
      <w:rPr>
        <w:color w:val="5A5A64"/>
        <w:sz w:val="16"/>
        <w:lang w:val="de-AT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470B5" w14:textId="77777777" w:rsidR="009D317F" w:rsidRDefault="009D317F">
      <w:pPr>
        <w:spacing w:after="0" w:line="240" w:lineRule="auto"/>
      </w:pPr>
      <w:r>
        <w:separator/>
      </w:r>
    </w:p>
  </w:footnote>
  <w:footnote w:type="continuationSeparator" w:id="0">
    <w:p w14:paraId="4BBCD033" w14:textId="77777777" w:rsidR="009D317F" w:rsidRDefault="009D31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348902">
    <w:abstractNumId w:val="8"/>
  </w:num>
  <w:num w:numId="2" w16cid:durableId="1327705784">
    <w:abstractNumId w:val="6"/>
  </w:num>
  <w:num w:numId="3" w16cid:durableId="958337416">
    <w:abstractNumId w:val="5"/>
  </w:num>
  <w:num w:numId="4" w16cid:durableId="769936584">
    <w:abstractNumId w:val="4"/>
  </w:num>
  <w:num w:numId="5" w16cid:durableId="1578831645">
    <w:abstractNumId w:val="7"/>
  </w:num>
  <w:num w:numId="6" w16cid:durableId="483087037">
    <w:abstractNumId w:val="3"/>
  </w:num>
  <w:num w:numId="7" w16cid:durableId="1377508179">
    <w:abstractNumId w:val="2"/>
  </w:num>
  <w:num w:numId="8" w16cid:durableId="1509174878">
    <w:abstractNumId w:val="1"/>
  </w:num>
  <w:num w:numId="9" w16cid:durableId="1571112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A0384"/>
    <w:rsid w:val="009D317F"/>
    <w:rsid w:val="00AA1D8D"/>
    <w:rsid w:val="00B47730"/>
    <w:rsid w:val="00CB0664"/>
    <w:rsid w:val="00D472AB"/>
    <w:rsid w:val="00FC693F"/>
    <w:rsid w:val="00FD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ED951303-58E8-4585-9F32-F7FD92486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2026-07-18T19:48:00Z</dcterms:modified>
  <cp:category/>
</cp:coreProperties>
</file>