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top w:w="260" w:type="dxa"/>
          <w:left w:w="300" w:type="dxa"/>
          <w:bottom w:w="260" w:type="dxa"/>
          <w:right w:w="300" w:type="dxa"/>
        </w:tblCellMar>
        <w:tblLook w:val="04A0" w:firstRow="1" w:lastRow="0" w:firstColumn="1" w:lastColumn="0" w:noHBand="0" w:noVBand="1"/>
      </w:tblPr>
      <w:tblGrid>
        <w:gridCol w:w="8139"/>
        <w:gridCol w:w="2672"/>
      </w:tblGrid>
      <w:tr w:rsidR="003C5023" w:rsidRPr="00BF6B2F" w14:paraId="7AE114E5" w14:textId="77777777" w:rsidTr="00BF6B2F">
        <w:trPr>
          <w:trHeight w:val="963"/>
        </w:trPr>
        <w:tc>
          <w:tcPr>
            <w:tcW w:w="8139" w:type="dxa"/>
            <w:shd w:val="clear" w:color="auto" w:fill="8BA3FB"/>
          </w:tcPr>
          <w:p w14:paraId="04862139" w14:textId="77777777" w:rsidR="003C5023" w:rsidRPr="00BF6B2F" w:rsidRDefault="00005CCA">
            <w:pPr>
              <w:spacing w:after="40"/>
              <w:rPr>
                <w:lang w:val="de-AT"/>
              </w:rPr>
            </w:pPr>
            <w:r w:rsidRPr="00BF6B2F">
              <w:rPr>
                <w:b/>
                <w:color w:val="1A1A24"/>
                <w:sz w:val="46"/>
                <w:lang w:val="de-AT"/>
              </w:rPr>
              <w:t>Lena Hoffmann</w:t>
            </w:r>
          </w:p>
          <w:p w14:paraId="28B53231" w14:textId="77777777" w:rsidR="003C5023" w:rsidRPr="00BF6B2F" w:rsidRDefault="00005CCA">
            <w:pPr>
              <w:spacing w:after="0"/>
              <w:rPr>
                <w:lang w:val="de-AT"/>
              </w:rPr>
            </w:pPr>
            <w:r w:rsidRPr="00BF6B2F">
              <w:rPr>
                <w:color w:val="4A4458"/>
                <w:sz w:val="19"/>
                <w:lang w:val="de-AT"/>
              </w:rPr>
              <w:t>Wien · lena.hoffmann@example.com · +43 664 8901234</w:t>
            </w:r>
          </w:p>
        </w:tc>
        <w:tc>
          <w:tcPr>
            <w:tcW w:w="2672" w:type="dxa"/>
            <w:shd w:val="clear" w:color="auto" w:fill="8BA3FB"/>
            <w:vAlign w:val="center"/>
          </w:tcPr>
          <w:p w14:paraId="4A535B44" w14:textId="77777777" w:rsidR="003C5023" w:rsidRPr="00BF6B2F" w:rsidRDefault="00005CCA">
            <w:pPr>
              <w:jc w:val="center"/>
              <w:rPr>
                <w:lang w:val="de-AT"/>
              </w:rPr>
            </w:pPr>
            <w:r w:rsidRPr="00BF6B2F">
              <w:rPr>
                <w:color w:val="4A4458"/>
                <w:sz w:val="16"/>
                <w:lang w:val="de-AT"/>
              </w:rPr>
              <w:t>Dein Foto hierhin:</w:t>
            </w:r>
            <w:r w:rsidRPr="00BF6B2F">
              <w:rPr>
                <w:color w:val="4A4458"/>
                <w:sz w:val="16"/>
                <w:lang w:val="de-AT"/>
              </w:rPr>
              <w:br/>
              <w:t>diesen Text löschen, dann</w:t>
            </w:r>
            <w:r w:rsidRPr="00BF6B2F">
              <w:rPr>
                <w:color w:val="4A4458"/>
                <w:sz w:val="16"/>
                <w:lang w:val="de-AT"/>
              </w:rPr>
              <w:br/>
              <w:t>Einfügen → Bilder</w:t>
            </w:r>
          </w:p>
        </w:tc>
      </w:tr>
    </w:tbl>
    <w:p w14:paraId="27EB8330" w14:textId="77777777" w:rsidR="003C5023" w:rsidRPr="00BF6B2F" w:rsidRDefault="003C5023">
      <w:pPr>
        <w:spacing w:after="40"/>
        <w:rPr>
          <w:lang w:val="de-AT"/>
        </w:rPr>
      </w:pPr>
    </w:p>
    <w:p w14:paraId="111494CB" w14:textId="77777777" w:rsidR="003C5023" w:rsidRPr="00BF6B2F" w:rsidRDefault="00005CCA">
      <w:pPr>
        <w:pBdr>
          <w:bottom w:val="single" w:sz="6" w:space="2" w:color="1A1A24"/>
        </w:pBdr>
        <w:spacing w:before="240" w:after="120"/>
        <w:rPr>
          <w:lang w:val="de-AT"/>
        </w:rPr>
      </w:pPr>
      <w:r w:rsidRPr="00BF6B2F">
        <w:rPr>
          <w:b/>
          <w:color w:val="1A1A24"/>
          <w:sz w:val="22"/>
          <w:lang w:val="de-AT"/>
        </w:rPr>
        <w:t>KURZPROFIL</w:t>
      </w:r>
    </w:p>
    <w:p w14:paraId="5D9CE6BE" w14:textId="77777777" w:rsidR="003C5023" w:rsidRPr="00BF6B2F" w:rsidRDefault="00005CCA">
      <w:pPr>
        <w:spacing w:after="80"/>
        <w:rPr>
          <w:lang w:val="de-AT"/>
        </w:rPr>
      </w:pPr>
      <w:r w:rsidRPr="00BF6B2F">
        <w:rPr>
          <w:lang w:val="de-AT"/>
        </w:rPr>
        <w:t>Schülerin der 6. Klasse AHS auf der Suche nach einem Nebenjob am Wochenende. Zuverlässig durch zwei Jahre Babysitting-Erfahrung, teamerprobt aus dem Schulsanitätsdienst.</w:t>
      </w:r>
    </w:p>
    <w:p w14:paraId="674CED4C" w14:textId="77777777" w:rsidR="003C5023" w:rsidRDefault="00005CCA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SCHULBILDUNG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3C5023" w14:paraId="72FC7560" w14:textId="77777777">
        <w:tc>
          <w:tcPr>
            <w:tcW w:w="2041" w:type="dxa"/>
          </w:tcPr>
          <w:p w14:paraId="0D387A7E" w14:textId="77777777" w:rsidR="003C5023" w:rsidRDefault="00005CCA">
            <w:pPr>
              <w:spacing w:after="120"/>
            </w:pPr>
            <w:r>
              <w:rPr>
                <w:color w:val="5A5A64"/>
                <w:sz w:val="18"/>
              </w:rPr>
              <w:t>seit 09/2020</w:t>
            </w:r>
          </w:p>
        </w:tc>
        <w:tc>
          <w:tcPr>
            <w:tcW w:w="7370" w:type="dxa"/>
          </w:tcPr>
          <w:p w14:paraId="4ABFED3E" w14:textId="77777777" w:rsidR="003C5023" w:rsidRDefault="00005CCA">
            <w:pPr>
              <w:spacing w:after="40"/>
            </w:pPr>
            <w:r>
              <w:rPr>
                <w:b/>
                <w:color w:val="1A1A24"/>
                <w:sz w:val="21"/>
              </w:rPr>
              <w:t>Bundesgymnasium Wien-Döbling (AHS)</w:t>
            </w:r>
            <w:r>
              <w:rPr>
                <w:color w:val="5A5A64"/>
              </w:rPr>
              <w:t xml:space="preserve">  ·  Wien</w:t>
            </w:r>
          </w:p>
          <w:p w14:paraId="3FFD4993" w14:textId="77777777" w:rsidR="003C5023" w:rsidRDefault="00005CCA">
            <w:pPr>
              <w:pStyle w:val="ListBullet"/>
              <w:spacing w:after="160"/>
            </w:pPr>
            <w:r>
              <w:t>Aktuell 6. Klasse, guter Notendurchschnitt</w:t>
            </w:r>
          </w:p>
        </w:tc>
      </w:tr>
    </w:tbl>
    <w:p w14:paraId="5A2FD012" w14:textId="77777777" w:rsidR="003C5023" w:rsidRDefault="00005CCA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PRAKTISCHE ERFAHRUNG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3C5023" w:rsidRPr="00BF6B2F" w14:paraId="7AADD76E" w14:textId="77777777">
        <w:tc>
          <w:tcPr>
            <w:tcW w:w="2041" w:type="dxa"/>
          </w:tcPr>
          <w:p w14:paraId="774E2777" w14:textId="77777777" w:rsidR="003C5023" w:rsidRDefault="00005CCA">
            <w:pPr>
              <w:spacing w:after="120"/>
            </w:pPr>
            <w:r>
              <w:rPr>
                <w:color w:val="5A5A64"/>
                <w:sz w:val="18"/>
              </w:rPr>
              <w:t>seit 06/2024</w:t>
            </w:r>
          </w:p>
        </w:tc>
        <w:tc>
          <w:tcPr>
            <w:tcW w:w="7370" w:type="dxa"/>
          </w:tcPr>
          <w:p w14:paraId="0C4CF3C6" w14:textId="77777777" w:rsidR="003C5023" w:rsidRPr="00BF6B2F" w:rsidRDefault="00005CCA">
            <w:pPr>
              <w:spacing w:after="40"/>
              <w:rPr>
                <w:lang w:val="de-AT"/>
              </w:rPr>
            </w:pPr>
            <w:r w:rsidRPr="00BF6B2F">
              <w:rPr>
                <w:b/>
                <w:color w:val="1A1A24"/>
                <w:sz w:val="21"/>
                <w:lang w:val="de-AT"/>
              </w:rPr>
              <w:t>Babysitting</w:t>
            </w:r>
            <w:r w:rsidRPr="00BF6B2F">
              <w:rPr>
                <w:color w:val="5A5A64"/>
                <w:lang w:val="de-AT"/>
              </w:rPr>
              <w:t xml:space="preserve">  ·  zwei Familien in der Nachbarschaft</w:t>
            </w:r>
          </w:p>
          <w:p w14:paraId="7F30AA00" w14:textId="77777777" w:rsidR="003C5023" w:rsidRPr="00BF6B2F" w:rsidRDefault="00005CCA">
            <w:pPr>
              <w:pStyle w:val="ListBullet"/>
              <w:spacing w:after="40"/>
              <w:rPr>
                <w:lang w:val="de-AT"/>
              </w:rPr>
            </w:pPr>
            <w:r w:rsidRPr="00BF6B2F">
              <w:rPr>
                <w:lang w:val="de-AT"/>
              </w:rPr>
              <w:t>Regelmäßige Betreuung, 2× pro Woche, inkl. Hausaufgabenbetreuung</w:t>
            </w:r>
          </w:p>
          <w:p w14:paraId="08F6AF40" w14:textId="77777777" w:rsidR="003C5023" w:rsidRPr="00BF6B2F" w:rsidRDefault="00005CCA">
            <w:pPr>
              <w:pStyle w:val="ListBullet"/>
              <w:spacing w:after="160"/>
              <w:rPr>
                <w:lang w:val="de-AT"/>
              </w:rPr>
            </w:pPr>
            <w:r w:rsidRPr="00BF6B2F">
              <w:rPr>
                <w:lang w:val="de-AT"/>
              </w:rPr>
              <w:t>Von beiden Familien jederzeit weiterempfohlen</w:t>
            </w:r>
          </w:p>
        </w:tc>
      </w:tr>
      <w:tr w:rsidR="003C5023" w:rsidRPr="00BF6B2F" w14:paraId="40E3E881" w14:textId="77777777">
        <w:tc>
          <w:tcPr>
            <w:tcW w:w="2041" w:type="dxa"/>
          </w:tcPr>
          <w:p w14:paraId="7A2E851A" w14:textId="77777777" w:rsidR="003C5023" w:rsidRDefault="00005CCA">
            <w:pPr>
              <w:spacing w:after="120"/>
            </w:pPr>
            <w:r>
              <w:rPr>
                <w:color w:val="5A5A64"/>
                <w:sz w:val="18"/>
              </w:rPr>
              <w:t>01/2026</w:t>
            </w:r>
          </w:p>
        </w:tc>
        <w:tc>
          <w:tcPr>
            <w:tcW w:w="7370" w:type="dxa"/>
          </w:tcPr>
          <w:p w14:paraId="65B5373F" w14:textId="77777777" w:rsidR="003C5023" w:rsidRPr="00BF6B2F" w:rsidRDefault="00005CCA">
            <w:pPr>
              <w:spacing w:after="40"/>
              <w:rPr>
                <w:lang w:val="de-AT"/>
              </w:rPr>
            </w:pPr>
            <w:r w:rsidRPr="00BF6B2F">
              <w:rPr>
                <w:b/>
                <w:color w:val="1A1A24"/>
                <w:sz w:val="21"/>
                <w:lang w:val="de-AT"/>
              </w:rPr>
              <w:t>Berufspraktische Tage</w:t>
            </w:r>
            <w:r w:rsidRPr="00BF6B2F">
              <w:rPr>
                <w:color w:val="5A5A64"/>
                <w:lang w:val="de-AT"/>
              </w:rPr>
              <w:t xml:space="preserve">  ·  Büchereien Wien, Zweigstelle Döbling</w:t>
            </w:r>
          </w:p>
          <w:p w14:paraId="74154F04" w14:textId="77777777" w:rsidR="003C5023" w:rsidRDefault="00005CCA">
            <w:pPr>
              <w:pStyle w:val="ListBullet"/>
              <w:spacing w:after="40"/>
            </w:pPr>
            <w:r>
              <w:t>Entlehnung und Medienpflege</w:t>
            </w:r>
          </w:p>
          <w:p w14:paraId="70853234" w14:textId="77777777" w:rsidR="003C5023" w:rsidRPr="00BF6B2F" w:rsidRDefault="00005CCA">
            <w:pPr>
              <w:pStyle w:val="ListBullet"/>
              <w:spacing w:after="160"/>
              <w:rPr>
                <w:lang w:val="de-AT"/>
              </w:rPr>
            </w:pPr>
            <w:r w:rsidRPr="00BF6B2F">
              <w:rPr>
                <w:lang w:val="de-AT"/>
              </w:rPr>
              <w:t>Mithilfe bei der Organisation der Kinderbuch-Woche</w:t>
            </w:r>
          </w:p>
        </w:tc>
      </w:tr>
    </w:tbl>
    <w:p w14:paraId="025B8132" w14:textId="77777777" w:rsidR="003C5023" w:rsidRDefault="00005CCA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ENGAGEMENT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3C5023" w14:paraId="6ACB207F" w14:textId="77777777">
        <w:tc>
          <w:tcPr>
            <w:tcW w:w="2041" w:type="dxa"/>
          </w:tcPr>
          <w:p w14:paraId="0B7816F6" w14:textId="77777777" w:rsidR="003C5023" w:rsidRDefault="00005CCA">
            <w:pPr>
              <w:spacing w:after="120"/>
            </w:pPr>
            <w:r>
              <w:rPr>
                <w:color w:val="5A5A64"/>
                <w:sz w:val="18"/>
              </w:rPr>
              <w:t>seit 2024</w:t>
            </w:r>
          </w:p>
        </w:tc>
        <w:tc>
          <w:tcPr>
            <w:tcW w:w="7370" w:type="dxa"/>
          </w:tcPr>
          <w:p w14:paraId="19158CE6" w14:textId="77777777" w:rsidR="003C5023" w:rsidRDefault="00005CCA">
            <w:pPr>
              <w:spacing w:after="160"/>
            </w:pPr>
            <w:r>
              <w:rPr>
                <w:b/>
                <w:color w:val="1A1A24"/>
                <w:sz w:val="21"/>
              </w:rPr>
              <w:t>Schulsanitätsdienst</w:t>
            </w:r>
          </w:p>
        </w:tc>
      </w:tr>
      <w:tr w:rsidR="003C5023" w14:paraId="53F8B6B7" w14:textId="77777777">
        <w:tc>
          <w:tcPr>
            <w:tcW w:w="2041" w:type="dxa"/>
          </w:tcPr>
          <w:p w14:paraId="0DAA87A3" w14:textId="77777777" w:rsidR="003C5023" w:rsidRDefault="00005CCA">
            <w:pPr>
              <w:spacing w:after="120"/>
            </w:pPr>
            <w:r>
              <w:rPr>
                <w:color w:val="5A5A64"/>
                <w:sz w:val="18"/>
              </w:rPr>
              <w:t>2023 – 2024</w:t>
            </w:r>
          </w:p>
        </w:tc>
        <w:tc>
          <w:tcPr>
            <w:tcW w:w="7370" w:type="dxa"/>
          </w:tcPr>
          <w:p w14:paraId="62222BD7" w14:textId="77777777" w:rsidR="003C5023" w:rsidRDefault="00005CCA">
            <w:pPr>
              <w:spacing w:after="160"/>
            </w:pPr>
            <w:r>
              <w:rPr>
                <w:b/>
                <w:color w:val="1A1A24"/>
                <w:sz w:val="21"/>
              </w:rPr>
              <w:t>Klassensprecherin</w:t>
            </w:r>
          </w:p>
        </w:tc>
      </w:tr>
    </w:tbl>
    <w:p w14:paraId="07865BA2" w14:textId="77777777" w:rsidR="003C5023" w:rsidRDefault="00005CCA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KENNTNISSE</w:t>
      </w:r>
    </w:p>
    <w:p w14:paraId="4875FE76" w14:textId="77777777" w:rsidR="003C5023" w:rsidRDefault="00005CCA">
      <w:pPr>
        <w:spacing w:after="80"/>
      </w:pPr>
      <w:r>
        <w:t>MS Word &amp; PowerPoint · Canva · Erste-Hilfe-Kurs (2024)</w:t>
      </w:r>
    </w:p>
    <w:p w14:paraId="71AFDFF0" w14:textId="77777777" w:rsidR="003C5023" w:rsidRPr="00BF6B2F" w:rsidRDefault="00005CCA">
      <w:pPr>
        <w:pBdr>
          <w:bottom w:val="single" w:sz="6" w:space="2" w:color="1A1A24"/>
        </w:pBdr>
        <w:spacing w:before="240" w:after="120"/>
        <w:rPr>
          <w:lang w:val="de-AT"/>
        </w:rPr>
      </w:pPr>
      <w:r w:rsidRPr="00BF6B2F">
        <w:rPr>
          <w:b/>
          <w:color w:val="1A1A24"/>
          <w:sz w:val="22"/>
          <w:lang w:val="de-AT"/>
        </w:rPr>
        <w:t>SPRACHEN</w:t>
      </w:r>
    </w:p>
    <w:p w14:paraId="032EE9AF" w14:textId="77777777" w:rsidR="003C5023" w:rsidRPr="00BF6B2F" w:rsidRDefault="00005CCA">
      <w:pPr>
        <w:spacing w:after="80"/>
        <w:rPr>
          <w:lang w:val="de-AT"/>
        </w:rPr>
      </w:pPr>
      <w:r w:rsidRPr="00BF6B2F">
        <w:rPr>
          <w:lang w:val="de-AT"/>
        </w:rPr>
        <w:t>Deutsch (Muttersprache) · Englisch (gut, 8. Lernjahr) · Französisch (Grundkenntnisse)</w:t>
      </w:r>
    </w:p>
    <w:p w14:paraId="39C79CD7" w14:textId="77777777" w:rsidR="003C5023" w:rsidRPr="00BF6B2F" w:rsidRDefault="00005CCA">
      <w:pPr>
        <w:pBdr>
          <w:bottom w:val="single" w:sz="6" w:space="2" w:color="1A1A24"/>
        </w:pBdr>
        <w:spacing w:before="240" w:after="120"/>
        <w:rPr>
          <w:lang w:val="de-AT"/>
        </w:rPr>
      </w:pPr>
      <w:r w:rsidRPr="00BF6B2F">
        <w:rPr>
          <w:b/>
          <w:color w:val="1A1A24"/>
          <w:sz w:val="22"/>
          <w:lang w:val="de-AT"/>
        </w:rPr>
        <w:t>INTERESSEN</w:t>
      </w:r>
    </w:p>
    <w:p w14:paraId="39D8BBC6" w14:textId="77777777" w:rsidR="003C5023" w:rsidRPr="00BF6B2F" w:rsidRDefault="00005CCA">
      <w:pPr>
        <w:spacing w:after="80"/>
        <w:rPr>
          <w:lang w:val="de-AT"/>
        </w:rPr>
      </w:pPr>
      <w:r w:rsidRPr="00BF6B2F">
        <w:rPr>
          <w:lang w:val="de-AT"/>
        </w:rPr>
        <w:t>Volleyball (Verein) · Zeichnen</w:t>
      </w:r>
    </w:p>
    <w:sectPr w:rsidR="003C5023" w:rsidRPr="00BF6B2F" w:rsidSect="00034616">
      <w:footerReference w:type="default" r:id="rId8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B2297" w14:textId="77777777" w:rsidR="00005CCA" w:rsidRDefault="00005CCA">
      <w:pPr>
        <w:spacing w:after="0" w:line="240" w:lineRule="auto"/>
      </w:pPr>
      <w:r>
        <w:separator/>
      </w:r>
    </w:p>
  </w:endnote>
  <w:endnote w:type="continuationSeparator" w:id="0">
    <w:p w14:paraId="0A57413C" w14:textId="77777777" w:rsidR="00005CCA" w:rsidRDefault="00005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7A41F" w14:textId="77777777" w:rsidR="003C5023" w:rsidRPr="00BF6B2F" w:rsidRDefault="00005CCA">
    <w:pPr>
      <w:pStyle w:val="Footer"/>
      <w:jc w:val="center"/>
      <w:rPr>
        <w:lang w:val="de-AT"/>
      </w:rPr>
    </w:pPr>
    <w:r w:rsidRPr="00BF6B2F">
      <w:rPr>
        <w:color w:val="5A5A64"/>
        <w:sz w:val="16"/>
        <w:lang w:val="de-AT"/>
      </w:rPr>
      <w:t>Beispieldaten – Person frei erfunden · Schneller geht’s online: nejo.com/lebenslauf-erstellen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F1BF1" w14:textId="77777777" w:rsidR="00005CCA" w:rsidRDefault="00005CCA">
      <w:pPr>
        <w:spacing w:after="0" w:line="240" w:lineRule="auto"/>
      </w:pPr>
      <w:r>
        <w:separator/>
      </w:r>
    </w:p>
  </w:footnote>
  <w:footnote w:type="continuationSeparator" w:id="0">
    <w:p w14:paraId="5F5C9EDC" w14:textId="77777777" w:rsidR="00005CCA" w:rsidRDefault="00005C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0751655">
    <w:abstractNumId w:val="8"/>
  </w:num>
  <w:num w:numId="2" w16cid:durableId="1558783111">
    <w:abstractNumId w:val="6"/>
  </w:num>
  <w:num w:numId="3" w16cid:durableId="1489898881">
    <w:abstractNumId w:val="5"/>
  </w:num>
  <w:num w:numId="4" w16cid:durableId="1219245855">
    <w:abstractNumId w:val="4"/>
  </w:num>
  <w:num w:numId="5" w16cid:durableId="69812418">
    <w:abstractNumId w:val="7"/>
  </w:num>
  <w:num w:numId="6" w16cid:durableId="1078668942">
    <w:abstractNumId w:val="3"/>
  </w:num>
  <w:num w:numId="7" w16cid:durableId="96608170">
    <w:abstractNumId w:val="2"/>
  </w:num>
  <w:num w:numId="8" w16cid:durableId="1797522387">
    <w:abstractNumId w:val="1"/>
  </w:num>
  <w:num w:numId="9" w16cid:durableId="1017271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CCA"/>
    <w:rsid w:val="00034616"/>
    <w:rsid w:val="0006063C"/>
    <w:rsid w:val="0015074B"/>
    <w:rsid w:val="0029639D"/>
    <w:rsid w:val="00326F90"/>
    <w:rsid w:val="003C5023"/>
    <w:rsid w:val="00AA1D8D"/>
    <w:rsid w:val="00B47730"/>
    <w:rsid w:val="00BF6B2F"/>
    <w:rsid w:val="00C641A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B32FFFB2-2C3A-4562-8B3D-57E51A427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Simona Huebl</cp:lastModifiedBy>
  <cp:revision>2</cp:revision>
  <dcterms:created xsi:type="dcterms:W3CDTF">2013-12-23T23:15:00Z</dcterms:created>
  <dcterms:modified xsi:type="dcterms:W3CDTF">2026-07-18T19:49:00Z</dcterms:modified>
  <cp:category/>
</cp:coreProperties>
</file>