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color w:val="1A1A24"/>
          <w:sz w:val="44"/>
        </w:rPr>
        <w:t>Tim Albrecht</w:t>
      </w:r>
    </w:p>
    <w:p>
      <w:pPr>
        <w:spacing w:after="200" w:before="0"/>
        <w:jc w:val="center"/>
      </w:pPr>
      <w:r>
        <w:rPr>
          <w:b w:val="0"/>
          <w:color w:val="5A5A64"/>
          <w:sz w:val="19"/>
        </w:rPr>
        <w:t>Klagenfurt · tim.albrecht@example.com · +43 650 6677889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KURZPROFIL</w:t>
      </w:r>
    </w:p>
    <w:p>
      <w:pPr>
        <w:spacing w:after="80" w:before="0"/>
      </w:pPr>
      <w:r>
        <w:rPr>
          <w:b w:val="0"/>
          <w:sz w:val="20"/>
        </w:rPr>
        <w:t>Maturant (AHS, sehr guter Erfolg), bewirbt sich um einen FH-Studienplatz Physiotherapie. Pflegepraktikum, Erste-Hilfe-Assistenz, drei Jahre ehrenamtlich beim Roten Kreuz.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SCHULBILDUNG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06/2026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Matura</w:t>
            </w:r>
            <w:r>
              <w:rPr>
                <w:color w:val="5A5A64"/>
                <w:sz w:val="20"/>
              </w:rPr>
              <w:t xml:space="preserve">  ·  BG/BRG Klagenfurt (AHS)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Mit gutem Erfolg · Vertiefung Biologie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PRAKTISCHE ERFAHRUNG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07/2025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Pflegepraktikum (4 Wochen)</w:t>
            </w:r>
            <w:r>
              <w:rPr>
                <w:color w:val="5A5A64"/>
                <w:sz w:val="20"/>
              </w:rPr>
              <w:t xml:space="preserve">  ·  Klinikum Klagenfurt, Innere Medizin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Unterstützung der Grundpflege, Begleitung von Visiten und Patiententransporten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seit 2024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Assistenz Erste-Hilfe-Kurse</w:t>
            </w:r>
            <w:r>
              <w:rPr>
                <w:color w:val="5A5A64"/>
                <w:sz w:val="20"/>
              </w:rPr>
              <w:t xml:space="preserve">  ·  Österreichisches Rotes Kreuz, Kärnten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Mitgestaltung von über 12 Kursen pro Jahr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ENGAGEMENT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seit 2023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Österreichisches Rotes Kreuz, freiwillige Mitarbeit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Sanitätsdienste bei Sport- und Stadtfesten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2021 – 2026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Schulsanitätsdienst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Ab 2024 Leitung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KENNTNISSE</w:t>
      </w:r>
    </w:p>
    <w:p>
      <w:pPr>
        <w:spacing w:after="80" w:before="0"/>
      </w:pPr>
      <w:r>
        <w:rPr>
          <w:b w:val="0"/>
          <w:sz w:val="20"/>
        </w:rPr>
        <w:t>Erste Hilfe (Assistenz) · MS Office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SPRACHEN</w:t>
      </w:r>
    </w:p>
    <w:p>
      <w:pPr>
        <w:spacing w:after="80" w:before="0"/>
      </w:pPr>
      <w:r>
        <w:rPr>
          <w:b w:val="0"/>
          <w:sz w:val="20"/>
        </w:rPr>
        <w:t>Deutsch (Muttersprache) · Englisch (C1) · Latein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INTERESSEN</w:t>
      </w:r>
    </w:p>
    <w:p>
      <w:pPr>
        <w:spacing w:after="80" w:before="0"/>
      </w:pPr>
      <w:r>
        <w:rPr>
          <w:b w:val="0"/>
          <w:sz w:val="20"/>
        </w:rPr>
        <w:t>Rudern · Klavier</w:t>
      </w: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