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257"/>
        <w:gridCol w:w="2710"/>
      </w:tblGrid>
      <w:tr w:rsidR="00751DA1" w14:paraId="4FE47EFC" w14:textId="77777777" w:rsidTr="00A26B11">
        <w:trPr>
          <w:trHeight w:val="948"/>
        </w:trPr>
        <w:tc>
          <w:tcPr>
            <w:tcW w:w="8257" w:type="dxa"/>
            <w:shd w:val="clear" w:color="auto" w:fill="E8E8EE"/>
          </w:tcPr>
          <w:p w14:paraId="70D873A8" w14:textId="77777777" w:rsidR="00751DA1" w:rsidRDefault="00430A6D">
            <w:pPr>
              <w:spacing w:after="40"/>
            </w:pPr>
            <w:r>
              <w:rPr>
                <w:b/>
                <w:color w:val="1A1A24"/>
                <w:sz w:val="46"/>
              </w:rPr>
              <w:t>Alex Weber</w:t>
            </w:r>
          </w:p>
          <w:p w14:paraId="3AD9D823" w14:textId="77777777" w:rsidR="00751DA1" w:rsidRDefault="00430A6D">
            <w:pPr>
              <w:spacing w:after="0"/>
            </w:pPr>
            <w:r>
              <w:rPr>
                <w:color w:val="4A4458"/>
                <w:sz w:val="19"/>
              </w:rPr>
              <w:t>Wien · alex.weber@example.com · +43 660 1234567</w:t>
            </w:r>
          </w:p>
        </w:tc>
        <w:tc>
          <w:tcPr>
            <w:tcW w:w="2710" w:type="dxa"/>
            <w:shd w:val="clear" w:color="auto" w:fill="E8E8EE"/>
            <w:vAlign w:val="center"/>
          </w:tcPr>
          <w:p w14:paraId="524583F7" w14:textId="77777777" w:rsidR="00751DA1" w:rsidRDefault="00430A6D">
            <w:pPr>
              <w:jc w:val="center"/>
            </w:pPr>
            <w:r>
              <w:rPr>
                <w:color w:val="4A4458"/>
                <w:sz w:val="16"/>
              </w:rPr>
              <w:t>Dein Foto hierhin:</w:t>
            </w:r>
            <w:r>
              <w:rPr>
                <w:color w:val="4A4458"/>
                <w:sz w:val="16"/>
              </w:rPr>
              <w:br/>
              <w:t>diesen Text löschen, dann</w:t>
            </w:r>
            <w:r>
              <w:rPr>
                <w:color w:val="4A4458"/>
                <w:sz w:val="16"/>
              </w:rPr>
              <w:br/>
              <w:t>Einfügen → Bilder</w:t>
            </w:r>
          </w:p>
        </w:tc>
      </w:tr>
    </w:tbl>
    <w:p w14:paraId="0BE864BD" w14:textId="77777777" w:rsidR="00751DA1" w:rsidRDefault="00751DA1">
      <w:pPr>
        <w:spacing w:after="40"/>
      </w:pPr>
    </w:p>
    <w:p w14:paraId="6D6D5C4E" w14:textId="77777777" w:rsidR="00751DA1" w:rsidRDefault="00430A6D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KURZPROFIL</w:t>
      </w:r>
    </w:p>
    <w:p w14:paraId="177B1EA4" w14:textId="77777777" w:rsidR="00751DA1" w:rsidRDefault="00430A6D">
      <w:pPr>
        <w:spacing w:after="80"/>
      </w:pPr>
      <w:r>
        <w:t>Projektkoordinator mit 5 Jahren Erfahrung in der Logistikbranche. Zuletzt Einführung eines neuen Dispositionssystems für 3 Standorte (Durchlaufzeit −18 %). Gesucht: Projektverantwortung in einem mittelständischen Unternehmen.</w:t>
      </w:r>
    </w:p>
    <w:p w14:paraId="69532842" w14:textId="77777777" w:rsidR="00751DA1" w:rsidRDefault="00430A6D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751DA1" w14:paraId="086638F5" w14:textId="77777777">
        <w:tc>
          <w:tcPr>
            <w:tcW w:w="2041" w:type="dxa"/>
          </w:tcPr>
          <w:p w14:paraId="363C4C09" w14:textId="77777777" w:rsidR="00751DA1" w:rsidRDefault="00430A6D">
            <w:pPr>
              <w:spacing w:after="120"/>
            </w:pPr>
            <w:r>
              <w:rPr>
                <w:color w:val="5A5A64"/>
                <w:sz w:val="18"/>
              </w:rPr>
              <w:t>03/2023 – heute</w:t>
            </w:r>
          </w:p>
        </w:tc>
        <w:tc>
          <w:tcPr>
            <w:tcW w:w="7370" w:type="dxa"/>
          </w:tcPr>
          <w:p w14:paraId="423DC9DD" w14:textId="77777777" w:rsidR="00751DA1" w:rsidRDefault="00430A6D">
            <w:pPr>
              <w:spacing w:after="40"/>
            </w:pPr>
            <w:r>
              <w:rPr>
                <w:b/>
                <w:color w:val="1A1A24"/>
                <w:sz w:val="21"/>
              </w:rPr>
              <w:t>Projektkoordinator</w:t>
            </w:r>
            <w:r>
              <w:rPr>
                <w:color w:val="5A5A64"/>
              </w:rPr>
              <w:t xml:space="preserve">  ·  Donau Logistik GmbH, Wien</w:t>
            </w:r>
          </w:p>
          <w:p w14:paraId="5775FFE5" w14:textId="77777777" w:rsidR="00751DA1" w:rsidRDefault="00430A6D">
            <w:pPr>
              <w:pStyle w:val="ListBullet"/>
              <w:spacing w:after="40"/>
            </w:pPr>
            <w:r>
              <w:t>Einführung eines neuen Dispositionssystems an 3 Standorten (Durchlaufzeit −18 %)</w:t>
            </w:r>
          </w:p>
          <w:p w14:paraId="64E6E183" w14:textId="77777777" w:rsidR="00751DA1" w:rsidRDefault="00430A6D">
            <w:pPr>
              <w:pStyle w:val="ListBullet"/>
              <w:spacing w:after="160"/>
            </w:pPr>
            <w:r>
              <w:t>Koordination von 4 internen Teams und 2 externen Dienstleistern</w:t>
            </w:r>
          </w:p>
        </w:tc>
      </w:tr>
      <w:tr w:rsidR="00751DA1" w14:paraId="5FA28615" w14:textId="77777777">
        <w:tc>
          <w:tcPr>
            <w:tcW w:w="2041" w:type="dxa"/>
          </w:tcPr>
          <w:p w14:paraId="54A3C4BA" w14:textId="77777777" w:rsidR="00751DA1" w:rsidRDefault="00430A6D">
            <w:pPr>
              <w:spacing w:after="120"/>
            </w:pPr>
            <w:r>
              <w:rPr>
                <w:color w:val="5A5A64"/>
                <w:sz w:val="18"/>
              </w:rPr>
              <w:t>08/2021 – 02/2023</w:t>
            </w:r>
          </w:p>
        </w:tc>
        <w:tc>
          <w:tcPr>
            <w:tcW w:w="7370" w:type="dxa"/>
          </w:tcPr>
          <w:p w14:paraId="29BEF67A" w14:textId="77777777" w:rsidR="00751DA1" w:rsidRDefault="00430A6D">
            <w:pPr>
              <w:spacing w:after="40"/>
            </w:pPr>
            <w:r>
              <w:rPr>
                <w:b/>
                <w:color w:val="1A1A24"/>
                <w:sz w:val="21"/>
              </w:rPr>
              <w:t>Sachbearbeiter Disposition</w:t>
            </w:r>
            <w:r>
              <w:rPr>
                <w:color w:val="5A5A64"/>
              </w:rPr>
              <w:t xml:space="preserve">  ·  Donau Logistik GmbH, Wien</w:t>
            </w:r>
          </w:p>
          <w:p w14:paraId="1E02772C" w14:textId="77777777" w:rsidR="00751DA1" w:rsidRDefault="00430A6D">
            <w:pPr>
              <w:pStyle w:val="ListBullet"/>
              <w:spacing w:after="160"/>
            </w:pPr>
            <w:r>
              <w:t>Tagesdisposition von 40+ Touren, Reklamationsquote um ein Drittel gesenkt</w:t>
            </w:r>
          </w:p>
        </w:tc>
      </w:tr>
      <w:tr w:rsidR="00751DA1" w14:paraId="782A7AE3" w14:textId="77777777">
        <w:tc>
          <w:tcPr>
            <w:tcW w:w="2041" w:type="dxa"/>
          </w:tcPr>
          <w:p w14:paraId="78FECF2F" w14:textId="77777777" w:rsidR="00751DA1" w:rsidRDefault="00430A6D">
            <w:pPr>
              <w:spacing w:after="120"/>
            </w:pPr>
            <w:r>
              <w:rPr>
                <w:color w:val="5A5A64"/>
                <w:sz w:val="18"/>
              </w:rPr>
              <w:t>08/2019 – 07/2021</w:t>
            </w:r>
          </w:p>
        </w:tc>
        <w:tc>
          <w:tcPr>
            <w:tcW w:w="7370" w:type="dxa"/>
          </w:tcPr>
          <w:p w14:paraId="625F2C11" w14:textId="77777777" w:rsidR="00751DA1" w:rsidRDefault="00430A6D">
            <w:pPr>
              <w:spacing w:after="160"/>
            </w:pPr>
            <w:r>
              <w:rPr>
                <w:b/>
                <w:color w:val="1A1A24"/>
                <w:sz w:val="21"/>
              </w:rPr>
              <w:t>Kaufmännischer Mitarbeiter</w:t>
            </w:r>
            <w:r>
              <w:rPr>
                <w:color w:val="5A5A64"/>
              </w:rPr>
              <w:t xml:space="preserve">  ·  Spedition Steiner, St. Pölten</w:t>
            </w:r>
          </w:p>
        </w:tc>
      </w:tr>
    </w:tbl>
    <w:p w14:paraId="10B95A31" w14:textId="77777777" w:rsidR="00751DA1" w:rsidRDefault="00430A6D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751DA1" w14:paraId="60021240" w14:textId="77777777">
        <w:tc>
          <w:tcPr>
            <w:tcW w:w="2041" w:type="dxa"/>
          </w:tcPr>
          <w:p w14:paraId="31C5C9DE" w14:textId="77777777" w:rsidR="00751DA1" w:rsidRDefault="00430A6D">
            <w:pPr>
              <w:spacing w:after="120"/>
            </w:pPr>
            <w:r>
              <w:rPr>
                <w:color w:val="5A5A64"/>
                <w:sz w:val="18"/>
              </w:rPr>
              <w:t>2016 – 2019</w:t>
            </w:r>
          </w:p>
        </w:tc>
        <w:tc>
          <w:tcPr>
            <w:tcW w:w="7370" w:type="dxa"/>
          </w:tcPr>
          <w:p w14:paraId="0BDE08BE" w14:textId="77777777" w:rsidR="00751DA1" w:rsidRDefault="00430A6D">
            <w:pPr>
              <w:spacing w:after="160"/>
            </w:pPr>
            <w:r>
              <w:rPr>
                <w:b/>
                <w:color w:val="1A1A24"/>
                <w:sz w:val="21"/>
              </w:rPr>
              <w:t>Lehre Speditionskaufmann (LAP)</w:t>
            </w:r>
            <w:r>
              <w:rPr>
                <w:color w:val="5A5A64"/>
              </w:rPr>
              <w:t xml:space="preserve">  ·  Berufsschule für Spedition und Logistik, Wien</w:t>
            </w:r>
          </w:p>
        </w:tc>
      </w:tr>
      <w:tr w:rsidR="00751DA1" w14:paraId="58CA3C04" w14:textId="77777777">
        <w:tc>
          <w:tcPr>
            <w:tcW w:w="2041" w:type="dxa"/>
          </w:tcPr>
          <w:p w14:paraId="4A83080D" w14:textId="77777777" w:rsidR="00751DA1" w:rsidRDefault="00430A6D">
            <w:pPr>
              <w:spacing w:after="120"/>
            </w:pPr>
            <w:r>
              <w:rPr>
                <w:color w:val="5A5A64"/>
                <w:sz w:val="18"/>
              </w:rPr>
              <w:t>2016</w:t>
            </w:r>
          </w:p>
        </w:tc>
        <w:tc>
          <w:tcPr>
            <w:tcW w:w="7370" w:type="dxa"/>
          </w:tcPr>
          <w:p w14:paraId="1FD8BCA8" w14:textId="77777777" w:rsidR="00751DA1" w:rsidRDefault="00430A6D">
            <w:pPr>
              <w:spacing w:after="160"/>
            </w:pPr>
            <w:r>
              <w:rPr>
                <w:b/>
                <w:color w:val="1A1A24"/>
                <w:sz w:val="21"/>
              </w:rPr>
              <w:t>Pflichtschulabschluss</w:t>
            </w:r>
            <w:r>
              <w:rPr>
                <w:color w:val="5A5A64"/>
              </w:rPr>
              <w:t xml:space="preserve">  ·  Mittelschule Wien-Favoriten</w:t>
            </w:r>
          </w:p>
        </w:tc>
      </w:tr>
    </w:tbl>
    <w:p w14:paraId="616D4E20" w14:textId="77777777" w:rsidR="00751DA1" w:rsidRDefault="00430A6D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KENNTNISSE</w:t>
      </w:r>
    </w:p>
    <w:p w14:paraId="395B1850" w14:textId="77777777" w:rsidR="00751DA1" w:rsidRDefault="00430A6D">
      <w:pPr>
        <w:spacing w:after="80"/>
      </w:pPr>
      <w:r>
        <w:t>SAP TM · MS Excel (fortgeschritten) · Tourenplanung · Projektkoordination · Lean-Grundlagen</w:t>
      </w:r>
    </w:p>
    <w:p w14:paraId="76C0841C" w14:textId="77777777" w:rsidR="00751DA1" w:rsidRDefault="00430A6D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SPRACHEN</w:t>
      </w:r>
    </w:p>
    <w:p w14:paraId="52991836" w14:textId="77777777" w:rsidR="00751DA1" w:rsidRDefault="00430A6D">
      <w:pPr>
        <w:spacing w:after="80"/>
      </w:pPr>
      <w:r>
        <w:t>Deutsch (Muttersprache) · Englisch (B2)</w:t>
      </w:r>
    </w:p>
    <w:p w14:paraId="5642BB23" w14:textId="77777777" w:rsidR="00751DA1" w:rsidRDefault="00430A6D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INTERESSEN</w:t>
      </w:r>
    </w:p>
    <w:p w14:paraId="591220A7" w14:textId="77777777" w:rsidR="00751DA1" w:rsidRDefault="00430A6D">
      <w:pPr>
        <w:spacing w:after="80"/>
      </w:pPr>
      <w:r>
        <w:t>Rennrad · Schach · ehrenamtlicher Jugendtrainer (Fußball)</w:t>
      </w:r>
    </w:p>
    <w:sectPr w:rsidR="00751DA1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FA166" w14:textId="77777777" w:rsidR="00430A6D" w:rsidRDefault="00430A6D">
      <w:pPr>
        <w:spacing w:after="0" w:line="240" w:lineRule="auto"/>
      </w:pPr>
      <w:r>
        <w:separator/>
      </w:r>
    </w:p>
  </w:endnote>
  <w:endnote w:type="continuationSeparator" w:id="0">
    <w:p w14:paraId="50E6D438" w14:textId="77777777" w:rsidR="00430A6D" w:rsidRDefault="0043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008A" w14:textId="77777777" w:rsidR="00751DA1" w:rsidRDefault="00430A6D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5D11D" w14:textId="77777777" w:rsidR="00430A6D" w:rsidRDefault="00430A6D">
      <w:pPr>
        <w:spacing w:after="0" w:line="240" w:lineRule="auto"/>
      </w:pPr>
      <w:r>
        <w:separator/>
      </w:r>
    </w:p>
  </w:footnote>
  <w:footnote w:type="continuationSeparator" w:id="0">
    <w:p w14:paraId="70F69AB9" w14:textId="77777777" w:rsidR="00430A6D" w:rsidRDefault="00430A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5586829">
    <w:abstractNumId w:val="8"/>
  </w:num>
  <w:num w:numId="2" w16cid:durableId="2145930168">
    <w:abstractNumId w:val="6"/>
  </w:num>
  <w:num w:numId="3" w16cid:durableId="1064259938">
    <w:abstractNumId w:val="5"/>
  </w:num>
  <w:num w:numId="4" w16cid:durableId="1473643529">
    <w:abstractNumId w:val="4"/>
  </w:num>
  <w:num w:numId="5" w16cid:durableId="773935630">
    <w:abstractNumId w:val="7"/>
  </w:num>
  <w:num w:numId="6" w16cid:durableId="633758755">
    <w:abstractNumId w:val="3"/>
  </w:num>
  <w:num w:numId="7" w16cid:durableId="402459143">
    <w:abstractNumId w:val="2"/>
  </w:num>
  <w:num w:numId="8" w16cid:durableId="779834842">
    <w:abstractNumId w:val="1"/>
  </w:num>
  <w:num w:numId="9" w16cid:durableId="529219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2A28"/>
    <w:rsid w:val="00430A6D"/>
    <w:rsid w:val="00751DA1"/>
    <w:rsid w:val="00A26B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2D0A0B3-334A-4261-9919-06BE16E5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2026-07-18T19:50:00Z</dcterms:modified>
  <cp:category/>
</cp:coreProperties>
</file>