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ayout w:type="fixed"/>
        <w:tblCellMar>
          <w:top w:w="260" w:type="dxa"/>
          <w:left w:w="300" w:type="dxa"/>
          <w:bottom w:w="260" w:type="dxa"/>
          <w:right w:w="300" w:type="dxa"/>
        </w:tblCellMar>
        <w:tblLook w:val="04A0" w:firstRow="1" w:lastRow="0" w:firstColumn="1" w:lastColumn="0" w:noHBand="0" w:noVBand="1"/>
      </w:tblPr>
      <w:tblGrid>
        <w:gridCol w:w="8175"/>
        <w:gridCol w:w="2684"/>
      </w:tblGrid>
      <w:tr w:rsidR="001A643E" w14:paraId="2AECE555" w14:textId="77777777" w:rsidTr="00B132DE">
        <w:trPr>
          <w:trHeight w:val="963"/>
        </w:trPr>
        <w:tc>
          <w:tcPr>
            <w:tcW w:w="8175" w:type="dxa"/>
            <w:shd w:val="clear" w:color="auto" w:fill="4C1D95"/>
          </w:tcPr>
          <w:p w14:paraId="74545170" w14:textId="77777777" w:rsidR="001A643E" w:rsidRDefault="008741E6">
            <w:pPr>
              <w:spacing w:after="40"/>
            </w:pPr>
            <w:r>
              <w:rPr>
                <w:b/>
                <w:color w:val="FFFFFF"/>
                <w:sz w:val="46"/>
              </w:rPr>
              <w:t>Ana Petrović</w:t>
            </w:r>
          </w:p>
          <w:p w14:paraId="61C51E49" w14:textId="77777777" w:rsidR="001A643E" w:rsidRDefault="008741E6">
            <w:pPr>
              <w:spacing w:after="0"/>
            </w:pPr>
            <w:r>
              <w:rPr>
                <w:color w:val="E8E8EE"/>
                <w:sz w:val="19"/>
              </w:rPr>
              <w:t>Wien · ana.petrovic@example.com · +43 676 9900112</w:t>
            </w:r>
          </w:p>
        </w:tc>
        <w:tc>
          <w:tcPr>
            <w:tcW w:w="2684" w:type="dxa"/>
            <w:shd w:val="clear" w:color="auto" w:fill="4C1D95"/>
            <w:vAlign w:val="center"/>
          </w:tcPr>
          <w:p w14:paraId="6227C63C" w14:textId="77777777" w:rsidR="001A643E" w:rsidRDefault="008741E6">
            <w:pPr>
              <w:jc w:val="center"/>
            </w:pPr>
            <w:r>
              <w:rPr>
                <w:color w:val="E8E8EE"/>
                <w:sz w:val="16"/>
              </w:rPr>
              <w:t>Dein Foto hierhin:</w:t>
            </w:r>
            <w:r>
              <w:rPr>
                <w:color w:val="E8E8EE"/>
                <w:sz w:val="16"/>
              </w:rPr>
              <w:br/>
              <w:t>diesen Text löschen, dann</w:t>
            </w:r>
            <w:r>
              <w:rPr>
                <w:color w:val="E8E8EE"/>
                <w:sz w:val="16"/>
              </w:rPr>
              <w:br/>
              <w:t>Einfügen → Bilder</w:t>
            </w:r>
          </w:p>
        </w:tc>
      </w:tr>
    </w:tbl>
    <w:p w14:paraId="5D26B92E" w14:textId="77777777" w:rsidR="001A643E" w:rsidRDefault="001A643E">
      <w:pPr>
        <w:spacing w:after="40"/>
      </w:pPr>
    </w:p>
    <w:p w14:paraId="319B089B" w14:textId="77777777" w:rsidR="001A643E" w:rsidRDefault="008741E6">
      <w:pPr>
        <w:pBdr>
          <w:bottom w:val="single" w:sz="6" w:space="2" w:color="4C1D95"/>
        </w:pBdr>
        <w:spacing w:before="240" w:after="120"/>
      </w:pPr>
      <w:r>
        <w:rPr>
          <w:b/>
          <w:color w:val="4C1D95"/>
          <w:sz w:val="22"/>
        </w:rPr>
        <w:t>KURZPROFIL</w:t>
      </w:r>
    </w:p>
    <w:p w14:paraId="23A5F58E" w14:textId="77777777" w:rsidR="001A643E" w:rsidRDefault="008741E6">
      <w:pPr>
        <w:spacing w:after="80"/>
      </w:pPr>
      <w:r>
        <w:t>Wirtschaftsinformatik-Studentin im 5. Semester (FH Technikum Wien) sucht Teilzeitstelle neben dem Studium im Bereich Data/BI. Praxiserfahrung aus 12 Monaten studentischer Mitarbeit im Controlling, sicher in SQL und Power BI.</w:t>
      </w:r>
    </w:p>
    <w:p w14:paraId="30CA1ADC" w14:textId="77777777" w:rsidR="001A643E" w:rsidRDefault="008741E6">
      <w:pPr>
        <w:pBdr>
          <w:bottom w:val="single" w:sz="6" w:space="2" w:color="4C1D95"/>
        </w:pBdr>
        <w:spacing w:before="240" w:after="120"/>
      </w:pPr>
      <w:r>
        <w:rPr>
          <w:b/>
          <w:color w:val="4C1D95"/>
          <w:sz w:val="22"/>
        </w:rPr>
        <w:t>AUSBILDUNG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041"/>
        <w:gridCol w:w="7370"/>
      </w:tblGrid>
      <w:tr w:rsidR="001A643E" w14:paraId="67DF4C6A" w14:textId="77777777">
        <w:tc>
          <w:tcPr>
            <w:tcW w:w="2041" w:type="dxa"/>
          </w:tcPr>
          <w:p w14:paraId="54752E55" w14:textId="77777777" w:rsidR="001A643E" w:rsidRDefault="008741E6">
            <w:pPr>
              <w:spacing w:after="120"/>
            </w:pPr>
            <w:r>
              <w:rPr>
                <w:color w:val="5A5A64"/>
                <w:sz w:val="18"/>
              </w:rPr>
              <w:t>seit 09/2024</w:t>
            </w:r>
          </w:p>
        </w:tc>
        <w:tc>
          <w:tcPr>
            <w:tcW w:w="7370" w:type="dxa"/>
          </w:tcPr>
          <w:p w14:paraId="2E7F4680" w14:textId="77777777" w:rsidR="001A643E" w:rsidRDefault="008741E6">
            <w:pPr>
              <w:spacing w:after="40"/>
            </w:pPr>
            <w:r>
              <w:rPr>
                <w:b/>
                <w:color w:val="1A1A24"/>
                <w:sz w:val="21"/>
              </w:rPr>
              <w:t>B.Sc. Wirtschaftsinformatik</w:t>
            </w:r>
            <w:r>
              <w:rPr>
                <w:color w:val="5A5A64"/>
              </w:rPr>
              <w:t xml:space="preserve">  ·  FH Technikum Wien</w:t>
            </w:r>
          </w:p>
          <w:p w14:paraId="63C06B3F" w14:textId="77777777" w:rsidR="001A643E" w:rsidRDefault="008741E6">
            <w:pPr>
              <w:pStyle w:val="ListBullet"/>
              <w:spacing w:after="160"/>
            </w:pPr>
            <w:r>
              <w:t>Aktuell 5. Semester, sehr guter Studienerfolg</w:t>
            </w:r>
          </w:p>
        </w:tc>
      </w:tr>
      <w:tr w:rsidR="001A643E" w14:paraId="3874B965" w14:textId="77777777">
        <w:tc>
          <w:tcPr>
            <w:tcW w:w="2041" w:type="dxa"/>
          </w:tcPr>
          <w:p w14:paraId="7C837A5C" w14:textId="77777777" w:rsidR="001A643E" w:rsidRDefault="008741E6">
            <w:pPr>
              <w:spacing w:after="120"/>
            </w:pPr>
            <w:r>
              <w:rPr>
                <w:color w:val="5A5A64"/>
                <w:sz w:val="18"/>
              </w:rPr>
              <w:t>2024</w:t>
            </w:r>
          </w:p>
        </w:tc>
        <w:tc>
          <w:tcPr>
            <w:tcW w:w="7370" w:type="dxa"/>
          </w:tcPr>
          <w:p w14:paraId="5AFA254A" w14:textId="77777777" w:rsidR="001A643E" w:rsidRDefault="008741E6">
            <w:pPr>
              <w:spacing w:after="40"/>
            </w:pPr>
            <w:r>
              <w:rPr>
                <w:b/>
                <w:color w:val="1A1A24"/>
                <w:sz w:val="21"/>
              </w:rPr>
              <w:t>Matura</w:t>
            </w:r>
            <w:r>
              <w:rPr>
                <w:color w:val="5A5A64"/>
              </w:rPr>
              <w:t xml:space="preserve">  ·  HAK Wien 12</w:t>
            </w:r>
          </w:p>
          <w:p w14:paraId="49756A1D" w14:textId="77777777" w:rsidR="001A643E" w:rsidRDefault="008741E6">
            <w:pPr>
              <w:pStyle w:val="ListBullet"/>
              <w:spacing w:after="160"/>
            </w:pPr>
            <w:r>
              <w:t>Handelsakademie</w:t>
            </w:r>
          </w:p>
        </w:tc>
      </w:tr>
    </w:tbl>
    <w:p w14:paraId="70F92FE1" w14:textId="77777777" w:rsidR="001A643E" w:rsidRDefault="008741E6">
      <w:pPr>
        <w:pBdr>
          <w:bottom w:val="single" w:sz="6" w:space="2" w:color="4C1D95"/>
        </w:pBdr>
        <w:spacing w:before="240" w:after="120"/>
      </w:pPr>
      <w:r>
        <w:rPr>
          <w:b/>
          <w:color w:val="4C1D95"/>
          <w:sz w:val="22"/>
        </w:rPr>
        <w:t>PRAKTISCHE ERFAHRUNG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041"/>
        <w:gridCol w:w="7370"/>
      </w:tblGrid>
      <w:tr w:rsidR="001A643E" w14:paraId="6E14EFF7" w14:textId="77777777">
        <w:tc>
          <w:tcPr>
            <w:tcW w:w="2041" w:type="dxa"/>
          </w:tcPr>
          <w:p w14:paraId="22AEC2ED" w14:textId="77777777" w:rsidR="001A643E" w:rsidRDefault="008741E6">
            <w:pPr>
              <w:spacing w:after="120"/>
            </w:pPr>
            <w:r>
              <w:rPr>
                <w:color w:val="5A5A64"/>
                <w:sz w:val="18"/>
              </w:rPr>
              <w:t>07/2025 – heute</w:t>
            </w:r>
          </w:p>
        </w:tc>
        <w:tc>
          <w:tcPr>
            <w:tcW w:w="7370" w:type="dxa"/>
          </w:tcPr>
          <w:p w14:paraId="2578BF10" w14:textId="77777777" w:rsidR="001A643E" w:rsidRDefault="008741E6">
            <w:pPr>
              <w:spacing w:after="40"/>
            </w:pPr>
            <w:r>
              <w:rPr>
                <w:b/>
                <w:color w:val="1A1A24"/>
                <w:sz w:val="21"/>
              </w:rPr>
              <w:t>Studentische Mitarbeiterin Controlling (12 Std./Woche)</w:t>
            </w:r>
            <w:r>
              <w:rPr>
                <w:color w:val="5A5A64"/>
              </w:rPr>
              <w:t xml:space="preserve">  ·  Feinwerk Maschinenbau GmbH, Wien</w:t>
            </w:r>
          </w:p>
          <w:p w14:paraId="24468ECC" w14:textId="77777777" w:rsidR="001A643E" w:rsidRDefault="008741E6">
            <w:pPr>
              <w:pStyle w:val="ListBullet"/>
              <w:spacing w:after="40"/>
            </w:pPr>
            <w:r>
              <w:t>Aufbau eines Power-BI-Dashboards für das Monatsreporting (löste 6 Excel-Dateien ab)</w:t>
            </w:r>
          </w:p>
          <w:p w14:paraId="41E0F49D" w14:textId="77777777" w:rsidR="001A643E" w:rsidRDefault="008741E6">
            <w:pPr>
              <w:pStyle w:val="ListBullet"/>
              <w:spacing w:after="160"/>
            </w:pPr>
            <w:r>
              <w:t>Datenpflege im ERP-System</w:t>
            </w:r>
          </w:p>
        </w:tc>
      </w:tr>
      <w:tr w:rsidR="001A643E" w14:paraId="356F1B84" w14:textId="77777777">
        <w:tc>
          <w:tcPr>
            <w:tcW w:w="2041" w:type="dxa"/>
          </w:tcPr>
          <w:p w14:paraId="3446DB21" w14:textId="77777777" w:rsidR="001A643E" w:rsidRDefault="008741E6">
            <w:pPr>
              <w:spacing w:after="120"/>
            </w:pPr>
            <w:r>
              <w:rPr>
                <w:color w:val="5A5A64"/>
                <w:sz w:val="18"/>
              </w:rPr>
              <w:t>2024 – 2025</w:t>
            </w:r>
          </w:p>
        </w:tc>
        <w:tc>
          <w:tcPr>
            <w:tcW w:w="7370" w:type="dxa"/>
          </w:tcPr>
          <w:p w14:paraId="1D515955" w14:textId="77777777" w:rsidR="001A643E" w:rsidRDefault="008741E6">
            <w:pPr>
              <w:spacing w:after="40"/>
            </w:pPr>
            <w:r>
              <w:rPr>
                <w:b/>
                <w:color w:val="1A1A24"/>
                <w:sz w:val="21"/>
              </w:rPr>
              <w:t>Nachhilfelehrerin Mathematik</w:t>
            </w:r>
            <w:r>
              <w:rPr>
                <w:color w:val="5A5A64"/>
              </w:rPr>
              <w:t xml:space="preserve">  ·  Lernquadrat Wien</w:t>
            </w:r>
          </w:p>
          <w:p w14:paraId="54DCCB46" w14:textId="77777777" w:rsidR="001A643E" w:rsidRDefault="008741E6">
            <w:pPr>
              <w:pStyle w:val="ListBullet"/>
              <w:spacing w:after="160"/>
            </w:pPr>
            <w:r>
              <w:t>Einzel- und Kleingruppen, 4.–8. Schulstufe</w:t>
            </w:r>
          </w:p>
        </w:tc>
      </w:tr>
    </w:tbl>
    <w:p w14:paraId="027F5DB1" w14:textId="77777777" w:rsidR="001A643E" w:rsidRDefault="008741E6">
      <w:pPr>
        <w:pBdr>
          <w:bottom w:val="single" w:sz="6" w:space="2" w:color="4C1D95"/>
        </w:pBdr>
        <w:spacing w:before="240" w:after="120"/>
      </w:pPr>
      <w:r>
        <w:rPr>
          <w:b/>
          <w:color w:val="4C1D95"/>
          <w:sz w:val="22"/>
        </w:rPr>
        <w:t>KENNTNISSE</w:t>
      </w:r>
    </w:p>
    <w:p w14:paraId="6B39EE65" w14:textId="77777777" w:rsidR="001A643E" w:rsidRDefault="008741E6">
      <w:pPr>
        <w:spacing w:after="80"/>
      </w:pPr>
      <w:r>
        <w:t>SQL · Power BI · Excel (fortgeschritten) · Python-Grundlagen · SAP-Grundkenntnisse</w:t>
      </w:r>
    </w:p>
    <w:p w14:paraId="287B8125" w14:textId="77777777" w:rsidR="001A643E" w:rsidRDefault="008741E6">
      <w:pPr>
        <w:pBdr>
          <w:bottom w:val="single" w:sz="6" w:space="2" w:color="4C1D95"/>
        </w:pBdr>
        <w:spacing w:before="240" w:after="120"/>
      </w:pPr>
      <w:r>
        <w:rPr>
          <w:b/>
          <w:color w:val="4C1D95"/>
          <w:sz w:val="22"/>
        </w:rPr>
        <w:t>SPRACHEN</w:t>
      </w:r>
    </w:p>
    <w:p w14:paraId="25163AF0" w14:textId="77777777" w:rsidR="001A643E" w:rsidRDefault="008741E6">
      <w:pPr>
        <w:spacing w:after="80"/>
      </w:pPr>
      <w:r>
        <w:t>Deutsch (Muttersprache) · Kroatisch (Muttersprache) · Englisch (C1)</w:t>
      </w:r>
    </w:p>
    <w:p w14:paraId="60DFE280" w14:textId="77777777" w:rsidR="001A643E" w:rsidRDefault="008741E6">
      <w:pPr>
        <w:pBdr>
          <w:bottom w:val="single" w:sz="6" w:space="2" w:color="4C1D95"/>
        </w:pBdr>
        <w:spacing w:before="240" w:after="120"/>
      </w:pPr>
      <w:r>
        <w:rPr>
          <w:b/>
          <w:color w:val="4C1D95"/>
          <w:sz w:val="22"/>
        </w:rPr>
        <w:t>INTERESSEN</w:t>
      </w:r>
    </w:p>
    <w:p w14:paraId="08013620" w14:textId="77777777" w:rsidR="001A643E" w:rsidRDefault="008741E6">
      <w:pPr>
        <w:spacing w:after="80"/>
      </w:pPr>
      <w:r>
        <w:t>Bouldern · Reisefotografie</w:t>
      </w:r>
    </w:p>
    <w:sectPr w:rsidR="001A643E" w:rsidSect="00034616">
      <w:footerReference w:type="default" r:id="rId8"/>
      <w:pgSz w:w="12240" w:h="15840"/>
      <w:pgMar w:top="794" w:right="907" w:bottom="794" w:left="90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B07458" w14:textId="77777777" w:rsidR="008741E6" w:rsidRDefault="008741E6">
      <w:pPr>
        <w:spacing w:after="0" w:line="240" w:lineRule="auto"/>
      </w:pPr>
      <w:r>
        <w:separator/>
      </w:r>
    </w:p>
  </w:endnote>
  <w:endnote w:type="continuationSeparator" w:id="0">
    <w:p w14:paraId="7D50F6E8" w14:textId="77777777" w:rsidR="008741E6" w:rsidRDefault="008741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984597" w14:textId="77777777" w:rsidR="001A643E" w:rsidRDefault="008741E6">
    <w:pPr>
      <w:pStyle w:val="Footer"/>
      <w:jc w:val="center"/>
    </w:pPr>
    <w:r>
      <w:rPr>
        <w:color w:val="5A5A64"/>
        <w:sz w:val="16"/>
      </w:rPr>
      <w:t>Beispieldaten – Person frei erfunden · Schneller geht’s online: nejo.com/lebenslauf-erstellen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3ADC85" w14:textId="77777777" w:rsidR="008741E6" w:rsidRDefault="008741E6">
      <w:pPr>
        <w:spacing w:after="0" w:line="240" w:lineRule="auto"/>
      </w:pPr>
      <w:r>
        <w:separator/>
      </w:r>
    </w:p>
  </w:footnote>
  <w:footnote w:type="continuationSeparator" w:id="0">
    <w:p w14:paraId="5AD75472" w14:textId="77777777" w:rsidR="008741E6" w:rsidRDefault="008741E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434740301">
    <w:abstractNumId w:val="8"/>
  </w:num>
  <w:num w:numId="2" w16cid:durableId="2110155840">
    <w:abstractNumId w:val="6"/>
  </w:num>
  <w:num w:numId="3" w16cid:durableId="1872723193">
    <w:abstractNumId w:val="5"/>
  </w:num>
  <w:num w:numId="4" w16cid:durableId="1267155893">
    <w:abstractNumId w:val="4"/>
  </w:num>
  <w:num w:numId="5" w16cid:durableId="2122533096">
    <w:abstractNumId w:val="7"/>
  </w:num>
  <w:num w:numId="6" w16cid:durableId="2125150922">
    <w:abstractNumId w:val="3"/>
  </w:num>
  <w:num w:numId="7" w16cid:durableId="643311095">
    <w:abstractNumId w:val="2"/>
  </w:num>
  <w:num w:numId="8" w16cid:durableId="2056612509">
    <w:abstractNumId w:val="1"/>
  </w:num>
  <w:num w:numId="9" w16cid:durableId="20277121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A643E"/>
    <w:rsid w:val="0029639D"/>
    <w:rsid w:val="00326F90"/>
    <w:rsid w:val="00493FBA"/>
    <w:rsid w:val="008741E6"/>
    <w:rsid w:val="00AA1D8D"/>
    <w:rsid w:val="00B132DE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062061"/>
  <w14:defaultImageDpi w14:val="300"/>
  <w15:docId w15:val="{4E7A9805-A402-4AD2-A580-41CE3AF72C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Calibri" w:eastAsia="Calibri" w:hAnsi="Calibri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148</Words>
  <Characters>937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1083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Simona Huebl</cp:lastModifiedBy>
  <cp:revision>2</cp:revision>
  <dcterms:created xsi:type="dcterms:W3CDTF">2013-12-23T23:15:00Z</dcterms:created>
  <dcterms:modified xsi:type="dcterms:W3CDTF">2026-07-18T19:50:00Z</dcterms:modified>
  <cp:category/>
</cp:coreProperties>
</file>