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Murat Aydin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Linz · murat.aydin@example.com · +43 676 9922417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Kaufmännischer Sachbearbeiter mit 7 Jahren Erfahrung in Auftragsabwicklung und Kundenservice im Mittelstand. Zuletzt Umstellung auf digitale Auftragserfassung begleitet (Bearbeitungszeit −25 %). Gesucht: Sachbearbeitung mit Prozessverantwortung.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BERUFSERFAHRUNG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03/2021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Sachbearbeiter Auftragsabwicklung</w:t>
            </w:r>
            <w:r>
              <w:rPr>
                <w:color w:val="5A5A64"/>
                <w:sz w:val="20"/>
              </w:rPr>
              <w:t xml:space="preserve">  ·  Donautechnik GmbH, Linz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60+ Aufträge pro Woche von Erfassung bis Versand, Schnittstelle zu Vertrieb und Logistik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Einführung des Dokumentenmanagementsystems begleitet (Bearbeitungszeit −25 %)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08/2018 – 02/2021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Kaufmännischer Mitarbeiter</w:t>
            </w:r>
            <w:r>
              <w:rPr>
                <w:color w:val="5A5A64"/>
                <w:sz w:val="20"/>
              </w:rPr>
              <w:t xml:space="preserve">  ·  Handelshaus Steyr GmbH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Angebote, Rechnungsstellung und Reklamationsbearbeitung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Stammdatenpflege für rund 1.200 Artikel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2015 – 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Lehre Industriekaufmann (LAP)</w:t>
            </w:r>
            <w:r>
              <w:rPr>
                <w:color w:val="5A5A64"/>
                <w:sz w:val="20"/>
              </w:rPr>
              <w:t xml:space="preserve">  ·  Donautechnik GmbH, Linz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SAP ERP · MS Excel · Dokumentenmanagement (ELO) · Auftragsabwicklung · Reklamationsmanagement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Türkisch (Muttersprache) · Englisch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Jugend-Fußballtrainer · Kochen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