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color w:val="1A1A24"/>
          <w:sz w:val="44"/>
        </w:rPr>
        <w:t>Amir Hosseini</w:t>
      </w:r>
    </w:p>
    <w:p>
      <w:pPr>
        <w:spacing w:after="200" w:before="0"/>
        <w:jc w:val="center"/>
      </w:pPr>
      <w:r>
        <w:rPr>
          <w:b w:val="0"/>
          <w:color w:val="5A5A64"/>
          <w:sz w:val="19"/>
        </w:rPr>
        <w:t>geb. [TT.MM.JJJJ] in Teheran (Iran) · wohnhaft in Essen · amir.hosseini@example.com · +49 157 4455667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LÜCKENLOSER LEBENSLAUF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[Geburtsjahr] – 2015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Geburt, Schulbesuch und Abitur-Äquivalent (Diplom-Metanata)</w:t>
            </w:r>
            <w:r>
              <w:rPr>
                <w:color w:val="5A5A64"/>
                <w:sz w:val="20"/>
              </w:rPr>
              <w:t xml:space="preserve">  ·  Teheran, Iran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09/2015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Einreise nach Deutschland, Asylverfahren</w:t>
            </w:r>
            <w:r>
              <w:rPr>
                <w:color w:val="5A5A64"/>
                <w:sz w:val="20"/>
              </w:rPr>
              <w:t xml:space="preserve">  ·  Wohnsitz Essen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01/2016 – 12/2017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Integrations- und Sprachkurse</w:t>
            </w:r>
            <w:r>
              <w:rPr>
                <w:color w:val="5A5A64"/>
                <w:sz w:val="20"/>
              </w:rPr>
              <w:t xml:space="preserve">  ·  VHS Essen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B1-Zertifikat 06/2017, B2-Zertifikat 12/2017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02/2018 – 07/2018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Einstiegsqualifizierung</w:t>
            </w:r>
            <w:r>
              <w:rPr>
                <w:color w:val="5A5A64"/>
                <w:sz w:val="20"/>
              </w:rPr>
              <w:t xml:space="preserve">  ·  Elektro Weber GmbH, Essen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08/2018 – 07/2021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Ausbildung zum Elektroniker für Energie- und Gebäudetechnik</w:t>
            </w:r>
            <w:r>
              <w:rPr>
                <w:color w:val="5A5A64"/>
                <w:sz w:val="20"/>
              </w:rPr>
              <w:t xml:space="preserve">  ·  Elektro Weber GmbH, Essen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IHK-Abschluss, Note 2,2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08/2021 – heute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Elektroniker (Vollzeit, unbefristet)</w:t>
            </w:r>
            <w:r>
              <w:rPr>
                <w:color w:val="5A5A64"/>
                <w:sz w:val="20"/>
              </w:rPr>
              <w:t xml:space="preserve">  ·  Elektro Weber GmbH, Essen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seit 2022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Mitglied Freiwillige Feuerwehr</w:t>
            </w:r>
            <w:r>
              <w:rPr>
                <w:color w:val="5A5A64"/>
                <w:sz w:val="20"/>
              </w:rPr>
              <w:t xml:space="preserve">  ·  Essen-Borbeck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SPRACHEN</w:t>
      </w:r>
    </w:p>
    <w:p>
      <w:pPr>
        <w:spacing w:after="80" w:before="0"/>
      </w:pPr>
      <w:r>
        <w:rPr>
          <w:b w:val="0"/>
          <w:sz w:val="20"/>
        </w:rPr>
        <w:t>Persisch (Muttersprache) · Deutsch (C1-Zertifikat 2020) · Englisch (Grundkenntnisse)</w:t>
      </w: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