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75"/>
        <w:gridCol w:w="2684"/>
      </w:tblGrid>
      <w:tr w:rsidR="0014271B" w14:paraId="30D2593B" w14:textId="77777777" w:rsidTr="002146D1">
        <w:trPr>
          <w:trHeight w:val="971"/>
        </w:trPr>
        <w:tc>
          <w:tcPr>
            <w:tcW w:w="8175" w:type="dxa"/>
            <w:shd w:val="clear" w:color="auto" w:fill="B3EDE0"/>
          </w:tcPr>
          <w:p w14:paraId="714BF7C4" w14:textId="77777777" w:rsidR="0014271B" w:rsidRDefault="003447F1">
            <w:pPr>
              <w:spacing w:after="40"/>
            </w:pPr>
            <w:r>
              <w:rPr>
                <w:b/>
                <w:color w:val="1A1A24"/>
                <w:sz w:val="46"/>
              </w:rPr>
              <w:t>Felix Brandner</w:t>
            </w:r>
          </w:p>
          <w:p w14:paraId="0A6CFBB0" w14:textId="77777777" w:rsidR="0014271B" w:rsidRDefault="003447F1">
            <w:pPr>
              <w:spacing w:after="0"/>
            </w:pPr>
            <w:r>
              <w:rPr>
                <w:color w:val="4A4458"/>
                <w:sz w:val="19"/>
              </w:rPr>
              <w:t>Erfurt · felix.brandner@example.com · +49 152 6677445</w:t>
            </w:r>
          </w:p>
        </w:tc>
        <w:tc>
          <w:tcPr>
            <w:tcW w:w="2684" w:type="dxa"/>
            <w:shd w:val="clear" w:color="auto" w:fill="B3EDE0"/>
            <w:vAlign w:val="center"/>
          </w:tcPr>
          <w:p w14:paraId="12004E8E" w14:textId="77777777" w:rsidR="0014271B" w:rsidRDefault="003447F1">
            <w:pPr>
              <w:jc w:val="center"/>
            </w:pPr>
            <w:r>
              <w:rPr>
                <w:color w:val="4A4458"/>
                <w:sz w:val="16"/>
              </w:rPr>
              <w:t>Dein Foto hierhin:</w:t>
            </w:r>
            <w:r>
              <w:rPr>
                <w:color w:val="4A4458"/>
                <w:sz w:val="16"/>
              </w:rPr>
              <w:br/>
              <w:t>diesen Text löschen, dann</w:t>
            </w:r>
            <w:r>
              <w:rPr>
                <w:color w:val="4A4458"/>
                <w:sz w:val="16"/>
              </w:rPr>
              <w:br/>
              <w:t>Einfügen → Bilder</w:t>
            </w:r>
          </w:p>
        </w:tc>
      </w:tr>
    </w:tbl>
    <w:p w14:paraId="10B5F664" w14:textId="77777777" w:rsidR="0014271B" w:rsidRDefault="0014271B">
      <w:pPr>
        <w:spacing w:after="40"/>
      </w:pPr>
    </w:p>
    <w:p w14:paraId="2FBA1885" w14:textId="77777777" w:rsidR="0014271B" w:rsidRDefault="003447F1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KURZPROFIL</w:t>
      </w:r>
    </w:p>
    <w:p w14:paraId="114B7704" w14:textId="77777777" w:rsidR="0014271B" w:rsidRDefault="003447F1">
      <w:pPr>
        <w:spacing w:after="80"/>
      </w:pPr>
      <w:r>
        <w:t>Abiturient (2026) bewirbt sich um ein FSJ im sozialen Bereich, bevorzugt Kinder- und Jugendarbeit. Drei Jahre Jugendleiter-Erfahrung im Sportverein (Juleica), Praktikum in einer Förderschule.</w:t>
      </w:r>
    </w:p>
    <w:p w14:paraId="17219FFC" w14:textId="77777777" w:rsidR="0014271B" w:rsidRDefault="003447F1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SCHULBILDUNG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14271B" w14:paraId="14D32547" w14:textId="77777777">
        <w:tc>
          <w:tcPr>
            <w:tcW w:w="2041" w:type="dxa"/>
          </w:tcPr>
          <w:p w14:paraId="00033DA0" w14:textId="77777777" w:rsidR="0014271B" w:rsidRDefault="003447F1">
            <w:pPr>
              <w:spacing w:after="120"/>
            </w:pPr>
            <w:r>
              <w:rPr>
                <w:color w:val="5A5A64"/>
                <w:sz w:val="18"/>
              </w:rPr>
              <w:t>06/2026</w:t>
            </w:r>
          </w:p>
        </w:tc>
        <w:tc>
          <w:tcPr>
            <w:tcW w:w="7370" w:type="dxa"/>
          </w:tcPr>
          <w:p w14:paraId="175FC3A6" w14:textId="77777777" w:rsidR="0014271B" w:rsidRDefault="003447F1">
            <w:pPr>
              <w:spacing w:after="40"/>
            </w:pPr>
            <w:r>
              <w:rPr>
                <w:b/>
                <w:color w:val="1A1A24"/>
                <w:sz w:val="21"/>
              </w:rPr>
              <w:t>Abitur</w:t>
            </w:r>
            <w:r>
              <w:rPr>
                <w:color w:val="5A5A64"/>
              </w:rPr>
              <w:t xml:space="preserve">  ·  Albert-Schweitzer-Gymnasium Erfurt</w:t>
            </w:r>
          </w:p>
          <w:p w14:paraId="4FE16456" w14:textId="77777777" w:rsidR="0014271B" w:rsidRDefault="003447F1">
            <w:pPr>
              <w:pStyle w:val="ListBullet"/>
              <w:spacing w:after="160"/>
            </w:pPr>
            <w:r>
              <w:t>Ø 2,4 · Sozialkunde 13 Punkte</w:t>
            </w:r>
          </w:p>
        </w:tc>
      </w:tr>
    </w:tbl>
    <w:p w14:paraId="0349D17D" w14:textId="77777777" w:rsidR="0014271B" w:rsidRDefault="003447F1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PRAKTISCHE 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14271B" w14:paraId="43362AE2" w14:textId="77777777">
        <w:tc>
          <w:tcPr>
            <w:tcW w:w="2041" w:type="dxa"/>
          </w:tcPr>
          <w:p w14:paraId="41F660D5" w14:textId="77777777" w:rsidR="0014271B" w:rsidRDefault="003447F1">
            <w:pPr>
              <w:spacing w:after="120"/>
            </w:pPr>
            <w:r>
              <w:rPr>
                <w:color w:val="5A5A64"/>
                <w:sz w:val="18"/>
              </w:rPr>
              <w:t>seit 2023</w:t>
            </w:r>
          </w:p>
        </w:tc>
        <w:tc>
          <w:tcPr>
            <w:tcW w:w="7370" w:type="dxa"/>
          </w:tcPr>
          <w:p w14:paraId="23ED9C9B" w14:textId="77777777" w:rsidR="0014271B" w:rsidRDefault="003447F1">
            <w:pPr>
              <w:spacing w:after="40"/>
            </w:pPr>
            <w:r>
              <w:rPr>
                <w:b/>
                <w:color w:val="1A1A24"/>
                <w:sz w:val="21"/>
              </w:rPr>
              <w:t>Jugendtrainer U10 (Juleica 2024)</w:t>
            </w:r>
            <w:r>
              <w:rPr>
                <w:color w:val="5A5A64"/>
              </w:rPr>
              <w:t xml:space="preserve">  ·  SV Blau-Weiß Erfurt</w:t>
            </w:r>
          </w:p>
          <w:p w14:paraId="6D9DACE3" w14:textId="77777777" w:rsidR="0014271B" w:rsidRDefault="003447F1">
            <w:pPr>
              <w:pStyle w:val="ListBullet"/>
              <w:spacing w:after="40"/>
            </w:pPr>
            <w:r>
              <w:t>Eigenverantwortliches Training für 14 Kinder</w:t>
            </w:r>
          </w:p>
          <w:p w14:paraId="54FE84B6" w14:textId="77777777" w:rsidR="0014271B" w:rsidRDefault="003447F1">
            <w:pPr>
              <w:pStyle w:val="ListBullet"/>
              <w:spacing w:after="160"/>
            </w:pPr>
            <w:r>
              <w:t>Turnierorganisation</w:t>
            </w:r>
          </w:p>
        </w:tc>
      </w:tr>
      <w:tr w:rsidR="0014271B" w14:paraId="1EE39BA2" w14:textId="77777777">
        <w:tc>
          <w:tcPr>
            <w:tcW w:w="2041" w:type="dxa"/>
          </w:tcPr>
          <w:p w14:paraId="1018081B" w14:textId="77777777" w:rsidR="0014271B" w:rsidRDefault="003447F1">
            <w:pPr>
              <w:spacing w:after="120"/>
            </w:pPr>
            <w:r>
              <w:rPr>
                <w:color w:val="5A5A64"/>
                <w:sz w:val="18"/>
              </w:rPr>
              <w:t>03/2025</w:t>
            </w:r>
          </w:p>
        </w:tc>
        <w:tc>
          <w:tcPr>
            <w:tcW w:w="7370" w:type="dxa"/>
          </w:tcPr>
          <w:p w14:paraId="04FBABC9" w14:textId="77777777" w:rsidR="0014271B" w:rsidRDefault="003447F1">
            <w:pPr>
              <w:spacing w:after="40"/>
            </w:pPr>
            <w:r>
              <w:rPr>
                <w:b/>
                <w:color w:val="1A1A24"/>
                <w:sz w:val="21"/>
              </w:rPr>
              <w:t>Schülerpraktikum (2 Wochen)</w:t>
            </w:r>
            <w:r>
              <w:rPr>
                <w:color w:val="5A5A64"/>
              </w:rPr>
              <w:t xml:space="preserve">  ·  Christophorus-Förderschule Erfurt</w:t>
            </w:r>
          </w:p>
          <w:p w14:paraId="45F9E56F" w14:textId="77777777" w:rsidR="0014271B" w:rsidRDefault="003447F1">
            <w:pPr>
              <w:pStyle w:val="ListBullet"/>
              <w:spacing w:after="160"/>
            </w:pPr>
            <w:r>
              <w:t>Unterrichtsbegleitung, Pausenbetreuung</w:t>
            </w:r>
          </w:p>
        </w:tc>
      </w:tr>
    </w:tbl>
    <w:p w14:paraId="1CD65432" w14:textId="77777777" w:rsidR="0014271B" w:rsidRDefault="003447F1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ENGAGEMENT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14271B" w14:paraId="5860F4DB" w14:textId="77777777">
        <w:tc>
          <w:tcPr>
            <w:tcW w:w="2041" w:type="dxa"/>
          </w:tcPr>
          <w:p w14:paraId="6568BA6F" w14:textId="77777777" w:rsidR="0014271B" w:rsidRDefault="003447F1">
            <w:pPr>
              <w:spacing w:after="120"/>
            </w:pPr>
            <w:r>
              <w:rPr>
                <w:color w:val="5A5A64"/>
                <w:sz w:val="18"/>
              </w:rPr>
              <w:t>2022 – 2024</w:t>
            </w:r>
          </w:p>
        </w:tc>
        <w:tc>
          <w:tcPr>
            <w:tcW w:w="7370" w:type="dxa"/>
          </w:tcPr>
          <w:p w14:paraId="7DC51DF8" w14:textId="77777777" w:rsidR="0014271B" w:rsidRDefault="003447F1">
            <w:pPr>
              <w:spacing w:after="40"/>
            </w:pPr>
            <w:r>
              <w:rPr>
                <w:b/>
                <w:color w:val="1A1A24"/>
                <w:sz w:val="21"/>
              </w:rPr>
              <w:t>Streitschlichter-Programm der Schule</w:t>
            </w:r>
          </w:p>
          <w:p w14:paraId="0E1BB7A5" w14:textId="77777777" w:rsidR="0014271B" w:rsidRDefault="003447F1">
            <w:pPr>
              <w:pStyle w:val="ListBullet"/>
              <w:spacing w:after="160"/>
            </w:pPr>
            <w:r>
              <w:t>Ausgebildeter Streitschlichter, Vermittlung in über 20 Konflikten</w:t>
            </w:r>
          </w:p>
        </w:tc>
      </w:tr>
    </w:tbl>
    <w:p w14:paraId="1A9E4D14" w14:textId="77777777" w:rsidR="0014271B" w:rsidRDefault="003447F1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KENNTNISSE</w:t>
      </w:r>
    </w:p>
    <w:p w14:paraId="45FFB1BC" w14:textId="77777777" w:rsidR="0014271B" w:rsidRDefault="003447F1">
      <w:pPr>
        <w:spacing w:after="80"/>
      </w:pPr>
      <w:r>
        <w:t>Juleica (Jugendleiter-Card) · Erste Hilfe (2025) · MS Office</w:t>
      </w:r>
    </w:p>
    <w:p w14:paraId="7D525F59" w14:textId="77777777" w:rsidR="0014271B" w:rsidRDefault="003447F1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SPRACHEN</w:t>
      </w:r>
    </w:p>
    <w:p w14:paraId="5C20C24E" w14:textId="77777777" w:rsidR="0014271B" w:rsidRDefault="003447F1">
      <w:pPr>
        <w:spacing w:after="80"/>
      </w:pPr>
      <w:r>
        <w:t>Deutsch (Muttersprache) · Englisch (B2)</w:t>
      </w:r>
    </w:p>
    <w:p w14:paraId="6FCB169B" w14:textId="77777777" w:rsidR="0014271B" w:rsidRDefault="003447F1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INTERESSEN</w:t>
      </w:r>
    </w:p>
    <w:p w14:paraId="5D2F2434" w14:textId="77777777" w:rsidR="0014271B" w:rsidRDefault="003447F1">
      <w:pPr>
        <w:spacing w:after="80"/>
      </w:pPr>
      <w:r>
        <w:t>Fußball · Jugendarbeit · Gitarre</w:t>
      </w:r>
    </w:p>
    <w:sectPr w:rsidR="0014271B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13155" w14:textId="77777777" w:rsidR="003447F1" w:rsidRDefault="003447F1">
      <w:pPr>
        <w:spacing w:after="0" w:line="240" w:lineRule="auto"/>
      </w:pPr>
      <w:r>
        <w:separator/>
      </w:r>
    </w:p>
  </w:endnote>
  <w:endnote w:type="continuationSeparator" w:id="0">
    <w:p w14:paraId="62705760" w14:textId="77777777" w:rsidR="003447F1" w:rsidRDefault="003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C19AE" w14:textId="77777777" w:rsidR="0014271B" w:rsidRDefault="003447F1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00943" w14:textId="77777777" w:rsidR="003447F1" w:rsidRDefault="003447F1">
      <w:pPr>
        <w:spacing w:after="0" w:line="240" w:lineRule="auto"/>
      </w:pPr>
      <w:r>
        <w:separator/>
      </w:r>
    </w:p>
  </w:footnote>
  <w:footnote w:type="continuationSeparator" w:id="0">
    <w:p w14:paraId="232C5F35" w14:textId="77777777" w:rsidR="003447F1" w:rsidRDefault="00344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5093395">
    <w:abstractNumId w:val="8"/>
  </w:num>
  <w:num w:numId="2" w16cid:durableId="1829831154">
    <w:abstractNumId w:val="6"/>
  </w:num>
  <w:num w:numId="3" w16cid:durableId="1875384326">
    <w:abstractNumId w:val="5"/>
  </w:num>
  <w:num w:numId="4" w16cid:durableId="219707877">
    <w:abstractNumId w:val="4"/>
  </w:num>
  <w:num w:numId="5" w16cid:durableId="1402875386">
    <w:abstractNumId w:val="7"/>
  </w:num>
  <w:num w:numId="6" w16cid:durableId="498929027">
    <w:abstractNumId w:val="3"/>
  </w:num>
  <w:num w:numId="7" w16cid:durableId="1007904130">
    <w:abstractNumId w:val="2"/>
  </w:num>
  <w:num w:numId="8" w16cid:durableId="538470488">
    <w:abstractNumId w:val="1"/>
  </w:num>
  <w:num w:numId="9" w16cid:durableId="206451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271B"/>
    <w:rsid w:val="0015074B"/>
    <w:rsid w:val="002146D1"/>
    <w:rsid w:val="0029639D"/>
    <w:rsid w:val="00326F90"/>
    <w:rsid w:val="003447F1"/>
    <w:rsid w:val="00AA1D8D"/>
    <w:rsid w:val="00B47730"/>
    <w:rsid w:val="00CB0664"/>
    <w:rsid w:val="00DF70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B0BD33F-CFA9-43FA-BECF-01F5769FD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2026-07-18T19:51:00Z</dcterms:modified>
  <cp:category/>
</cp:coreProperties>
</file>