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66"/>
        <w:gridCol w:w="2681"/>
      </w:tblGrid>
      <w:tr w:rsidR="00EF4530" w14:paraId="6F432E20" w14:textId="77777777" w:rsidTr="00EB3581">
        <w:trPr>
          <w:trHeight w:val="948"/>
        </w:trPr>
        <w:tc>
          <w:tcPr>
            <w:tcW w:w="8166" w:type="dxa"/>
            <w:shd w:val="clear" w:color="auto" w:fill="B5502F"/>
          </w:tcPr>
          <w:p w14:paraId="04D10E92" w14:textId="77777777" w:rsidR="00EF4530" w:rsidRDefault="00871A30">
            <w:pPr>
              <w:spacing w:after="40"/>
            </w:pPr>
            <w:r>
              <w:rPr>
                <w:b/>
                <w:color w:val="FFFFFF"/>
                <w:sz w:val="46"/>
              </w:rPr>
              <w:t>Petra Sommer</w:t>
            </w:r>
          </w:p>
          <w:p w14:paraId="6328B1A2" w14:textId="77777777" w:rsidR="00EF4530" w:rsidRDefault="00871A30">
            <w:pPr>
              <w:spacing w:after="0"/>
            </w:pPr>
            <w:r>
              <w:rPr>
                <w:color w:val="E8E8EE"/>
                <w:sz w:val="19"/>
              </w:rPr>
              <w:t>Kassel · petra.sommer@example.com · +49 170 2233445</w:t>
            </w:r>
          </w:p>
        </w:tc>
        <w:tc>
          <w:tcPr>
            <w:tcW w:w="2681" w:type="dxa"/>
            <w:shd w:val="clear" w:color="auto" w:fill="B5502F"/>
            <w:vAlign w:val="center"/>
          </w:tcPr>
          <w:p w14:paraId="2B336F57" w14:textId="77777777" w:rsidR="00EF4530" w:rsidRDefault="00871A30">
            <w:pPr>
              <w:jc w:val="center"/>
            </w:pPr>
            <w:r>
              <w:rPr>
                <w:color w:val="E8E8EE"/>
                <w:sz w:val="16"/>
              </w:rPr>
              <w:t>Dein Foto hierhin:</w:t>
            </w:r>
            <w:r>
              <w:rPr>
                <w:color w:val="E8E8EE"/>
                <w:sz w:val="16"/>
              </w:rPr>
              <w:br/>
              <w:t>diesen Text löschen, dann</w:t>
            </w:r>
            <w:r>
              <w:rPr>
                <w:color w:val="E8E8EE"/>
                <w:sz w:val="16"/>
              </w:rPr>
              <w:br/>
              <w:t>Einfügen → Bilder</w:t>
            </w:r>
          </w:p>
        </w:tc>
      </w:tr>
    </w:tbl>
    <w:p w14:paraId="7F4D7370" w14:textId="77777777" w:rsidR="00EF4530" w:rsidRDefault="00EF4530">
      <w:pPr>
        <w:spacing w:after="40"/>
      </w:pPr>
    </w:p>
    <w:p w14:paraId="59528C97" w14:textId="77777777" w:rsidR="00EF4530" w:rsidRDefault="00871A30">
      <w:pPr>
        <w:pBdr>
          <w:bottom w:val="single" w:sz="6" w:space="2" w:color="B5502F"/>
        </w:pBdr>
        <w:spacing w:before="240" w:after="120"/>
      </w:pPr>
      <w:r>
        <w:rPr>
          <w:b/>
          <w:color w:val="B5502F"/>
          <w:sz w:val="22"/>
        </w:rPr>
        <w:t>KURZPROFIL</w:t>
      </w:r>
    </w:p>
    <w:p w14:paraId="4EE87544" w14:textId="77777777" w:rsidR="00EF4530" w:rsidRDefault="00871A30">
      <w:pPr>
        <w:spacing w:after="80"/>
      </w:pPr>
      <w:r>
        <w:t>Gelernte Einzelhandelskauffrau, nach Familienphase zurück im Berufsleben. Sucht Minijob im Verkauf am Vormittag. 8 Jahre Erfahrung an Kasse, Warenpräsentation und im Kundenkontakt.</w:t>
      </w:r>
    </w:p>
    <w:p w14:paraId="46E78792" w14:textId="77777777" w:rsidR="00EF4530" w:rsidRDefault="00871A30">
      <w:pPr>
        <w:pBdr>
          <w:bottom w:val="single" w:sz="6" w:space="2" w:color="B5502F"/>
        </w:pBdr>
        <w:spacing w:before="240" w:after="120"/>
      </w:pPr>
      <w:r>
        <w:rPr>
          <w:b/>
          <w:color w:val="B5502F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EF4530" w14:paraId="32833E98" w14:textId="77777777">
        <w:tc>
          <w:tcPr>
            <w:tcW w:w="2041" w:type="dxa"/>
          </w:tcPr>
          <w:p w14:paraId="3B48CC06" w14:textId="77777777" w:rsidR="00EF4530" w:rsidRDefault="00871A30">
            <w:pPr>
              <w:spacing w:after="120"/>
            </w:pPr>
            <w:r>
              <w:rPr>
                <w:color w:val="5A5A64"/>
                <w:sz w:val="18"/>
              </w:rPr>
              <w:t>2019 – heute</w:t>
            </w:r>
          </w:p>
        </w:tc>
        <w:tc>
          <w:tcPr>
            <w:tcW w:w="7370" w:type="dxa"/>
          </w:tcPr>
          <w:p w14:paraId="72C7CFCD" w14:textId="77777777" w:rsidR="00EF4530" w:rsidRDefault="00871A30">
            <w:pPr>
              <w:spacing w:after="40"/>
            </w:pPr>
            <w:r>
              <w:rPr>
                <w:b/>
                <w:color w:val="1A1A24"/>
                <w:sz w:val="21"/>
              </w:rPr>
              <w:t>Familienphase mit ehrenamtlicher Tätigkeit</w:t>
            </w:r>
          </w:p>
          <w:p w14:paraId="767BF291" w14:textId="77777777" w:rsidR="00EF4530" w:rsidRDefault="00871A30">
            <w:pPr>
              <w:pStyle w:val="ListBullet"/>
              <w:spacing w:after="40"/>
            </w:pPr>
            <w:r>
              <w:t>Organisation des Second-Hand-Basars der Kita Löwenzahn (2× jährlich, 40+ Verkäufer)</w:t>
            </w:r>
          </w:p>
          <w:p w14:paraId="0C1591B3" w14:textId="77777777" w:rsidR="00EF4530" w:rsidRDefault="00871A30">
            <w:pPr>
              <w:pStyle w:val="ListBullet"/>
              <w:spacing w:after="160"/>
            </w:pPr>
            <w:r>
              <w:t>Elternbeirat</w:t>
            </w:r>
          </w:p>
        </w:tc>
      </w:tr>
      <w:tr w:rsidR="00EF4530" w14:paraId="06B8777A" w14:textId="77777777">
        <w:tc>
          <w:tcPr>
            <w:tcW w:w="2041" w:type="dxa"/>
          </w:tcPr>
          <w:p w14:paraId="70051A64" w14:textId="77777777" w:rsidR="00EF4530" w:rsidRDefault="00871A30">
            <w:pPr>
              <w:spacing w:after="120"/>
            </w:pPr>
            <w:r>
              <w:rPr>
                <w:color w:val="5A5A64"/>
                <w:sz w:val="18"/>
              </w:rPr>
              <w:t>2011 – 2019</w:t>
            </w:r>
          </w:p>
        </w:tc>
        <w:tc>
          <w:tcPr>
            <w:tcW w:w="7370" w:type="dxa"/>
          </w:tcPr>
          <w:p w14:paraId="0ED271FB" w14:textId="77777777" w:rsidR="00EF4530" w:rsidRDefault="00871A30">
            <w:pPr>
              <w:spacing w:after="40"/>
            </w:pPr>
            <w:r>
              <w:rPr>
                <w:b/>
                <w:color w:val="1A1A24"/>
                <w:sz w:val="21"/>
              </w:rPr>
              <w:t>Verkäuferin</w:t>
            </w:r>
            <w:r>
              <w:rPr>
                <w:color w:val="5A5A64"/>
              </w:rPr>
              <w:t xml:space="preserve">  ·  dm-drogerie markt, Kassel</w:t>
            </w:r>
          </w:p>
          <w:p w14:paraId="3A6B6334" w14:textId="77777777" w:rsidR="00EF4530" w:rsidRDefault="00871A30">
            <w:pPr>
              <w:pStyle w:val="ListBullet"/>
              <w:spacing w:after="40"/>
            </w:pPr>
            <w:r>
              <w:t>Kasse, Warenverräumung, Einarbeitung neuer Aushilfen</w:t>
            </w:r>
          </w:p>
          <w:p w14:paraId="44C9A47F" w14:textId="77777777" w:rsidR="00EF4530" w:rsidRDefault="00871A30">
            <w:pPr>
              <w:pStyle w:val="ListBullet"/>
              <w:spacing w:after="160"/>
            </w:pPr>
            <w:r>
              <w:t>Mitverantwortung für Aktionsflächen und Saisonumbauten</w:t>
            </w:r>
          </w:p>
        </w:tc>
      </w:tr>
    </w:tbl>
    <w:p w14:paraId="6DCC46E7" w14:textId="77777777" w:rsidR="00EF4530" w:rsidRDefault="00871A30">
      <w:pPr>
        <w:pBdr>
          <w:bottom w:val="single" w:sz="6" w:space="2" w:color="B5502F"/>
        </w:pBdr>
        <w:spacing w:before="240" w:after="120"/>
      </w:pPr>
      <w:r>
        <w:rPr>
          <w:b/>
          <w:color w:val="B5502F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EF4530" w14:paraId="0537E90E" w14:textId="77777777">
        <w:tc>
          <w:tcPr>
            <w:tcW w:w="2041" w:type="dxa"/>
          </w:tcPr>
          <w:p w14:paraId="50C905FA" w14:textId="77777777" w:rsidR="00EF4530" w:rsidRDefault="00871A30">
            <w:pPr>
              <w:spacing w:after="120"/>
            </w:pPr>
            <w:r>
              <w:rPr>
                <w:color w:val="5A5A64"/>
                <w:sz w:val="18"/>
              </w:rPr>
              <w:t>2008 – 2011</w:t>
            </w:r>
          </w:p>
        </w:tc>
        <w:tc>
          <w:tcPr>
            <w:tcW w:w="7370" w:type="dxa"/>
          </w:tcPr>
          <w:p w14:paraId="4AF71D9D" w14:textId="77777777" w:rsidR="00EF4530" w:rsidRDefault="00871A30">
            <w:pPr>
              <w:spacing w:after="160"/>
            </w:pPr>
            <w:r>
              <w:rPr>
                <w:b/>
                <w:color w:val="1A1A24"/>
                <w:sz w:val="21"/>
              </w:rPr>
              <w:t>Einzelhandelskauffrau (IHK)</w:t>
            </w:r>
            <w:r>
              <w:rPr>
                <w:color w:val="5A5A64"/>
              </w:rPr>
              <w:t xml:space="preserve">  ·  Galeria Kaufhof Kassel</w:t>
            </w:r>
          </w:p>
        </w:tc>
      </w:tr>
    </w:tbl>
    <w:p w14:paraId="4CF46978" w14:textId="77777777" w:rsidR="00EF4530" w:rsidRDefault="00871A30">
      <w:pPr>
        <w:pBdr>
          <w:bottom w:val="single" w:sz="6" w:space="2" w:color="B5502F"/>
        </w:pBdr>
        <w:spacing w:before="240" w:after="120"/>
      </w:pPr>
      <w:r>
        <w:rPr>
          <w:b/>
          <w:color w:val="B5502F"/>
          <w:sz w:val="22"/>
        </w:rPr>
        <w:t>KENNTNISSE</w:t>
      </w:r>
    </w:p>
    <w:p w14:paraId="577F00F3" w14:textId="77777777" w:rsidR="00EF4530" w:rsidRDefault="00871A30">
      <w:pPr>
        <w:spacing w:after="80"/>
      </w:pPr>
      <w:r>
        <w:t>Kassensysteme · Warenpräsentation · Inventur · freundlicher Kundenumgang</w:t>
      </w:r>
    </w:p>
    <w:p w14:paraId="3E545ABF" w14:textId="77777777" w:rsidR="00EF4530" w:rsidRDefault="00871A30">
      <w:pPr>
        <w:pBdr>
          <w:bottom w:val="single" w:sz="6" w:space="2" w:color="B5502F"/>
        </w:pBdr>
        <w:spacing w:before="240" w:after="120"/>
      </w:pPr>
      <w:r>
        <w:rPr>
          <w:b/>
          <w:color w:val="B5502F"/>
          <w:sz w:val="22"/>
        </w:rPr>
        <w:t>SPRACHEN</w:t>
      </w:r>
    </w:p>
    <w:p w14:paraId="452A1D84" w14:textId="77777777" w:rsidR="00EF4530" w:rsidRDefault="00871A30">
      <w:pPr>
        <w:spacing w:after="80"/>
      </w:pPr>
      <w:r>
        <w:t>Deutsch (Muttersprache) · Englisch (Grundkenntnisse)</w:t>
      </w:r>
    </w:p>
    <w:p w14:paraId="7BBB1968" w14:textId="77777777" w:rsidR="00EF4530" w:rsidRDefault="00871A30">
      <w:pPr>
        <w:pBdr>
          <w:bottom w:val="single" w:sz="6" w:space="2" w:color="B5502F"/>
        </w:pBdr>
        <w:spacing w:before="240" w:after="120"/>
      </w:pPr>
      <w:r>
        <w:rPr>
          <w:b/>
          <w:color w:val="B5502F"/>
          <w:sz w:val="22"/>
        </w:rPr>
        <w:t>INTERESSEN</w:t>
      </w:r>
    </w:p>
    <w:p w14:paraId="53CA9D6C" w14:textId="77777777" w:rsidR="00EF4530" w:rsidRDefault="00871A30">
      <w:pPr>
        <w:spacing w:after="80"/>
      </w:pPr>
      <w:r>
        <w:t>Nähen · Gartenprojekt der Nachbarschaft</w:t>
      </w:r>
    </w:p>
    <w:sectPr w:rsidR="00EF4530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3A7FE" w14:textId="77777777" w:rsidR="00871A30" w:rsidRDefault="00871A30">
      <w:pPr>
        <w:spacing w:after="0" w:line="240" w:lineRule="auto"/>
      </w:pPr>
      <w:r>
        <w:separator/>
      </w:r>
    </w:p>
  </w:endnote>
  <w:endnote w:type="continuationSeparator" w:id="0">
    <w:p w14:paraId="7C206504" w14:textId="77777777" w:rsidR="00871A30" w:rsidRDefault="00871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C84B2" w14:textId="77777777" w:rsidR="00EF4530" w:rsidRDefault="00871A30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93DF0" w14:textId="77777777" w:rsidR="00871A30" w:rsidRDefault="00871A30">
      <w:pPr>
        <w:spacing w:after="0" w:line="240" w:lineRule="auto"/>
      </w:pPr>
      <w:r>
        <w:separator/>
      </w:r>
    </w:p>
  </w:footnote>
  <w:footnote w:type="continuationSeparator" w:id="0">
    <w:p w14:paraId="67721E50" w14:textId="77777777" w:rsidR="00871A30" w:rsidRDefault="00871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7701144">
    <w:abstractNumId w:val="8"/>
  </w:num>
  <w:num w:numId="2" w16cid:durableId="936213414">
    <w:abstractNumId w:val="6"/>
  </w:num>
  <w:num w:numId="3" w16cid:durableId="1135177913">
    <w:abstractNumId w:val="5"/>
  </w:num>
  <w:num w:numId="4" w16cid:durableId="1349794765">
    <w:abstractNumId w:val="4"/>
  </w:num>
  <w:num w:numId="5" w16cid:durableId="465586739">
    <w:abstractNumId w:val="7"/>
  </w:num>
  <w:num w:numId="6" w16cid:durableId="1496188084">
    <w:abstractNumId w:val="3"/>
  </w:num>
  <w:num w:numId="7" w16cid:durableId="1639803556">
    <w:abstractNumId w:val="2"/>
  </w:num>
  <w:num w:numId="8" w16cid:durableId="1675499465">
    <w:abstractNumId w:val="1"/>
  </w:num>
  <w:num w:numId="9" w16cid:durableId="418330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5887"/>
    <w:rsid w:val="00326F90"/>
    <w:rsid w:val="00871A30"/>
    <w:rsid w:val="00AA1D8D"/>
    <w:rsid w:val="00B47730"/>
    <w:rsid w:val="00CB0664"/>
    <w:rsid w:val="00EB3581"/>
    <w:rsid w:val="00EF45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77D7FF4-FCC7-47E5-84ED-0CC58AE4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2026-07-18T19:52:00Z</dcterms:modified>
  <cp:category/>
</cp:coreProperties>
</file>