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David Krüger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Mannheim · david.krueger@example.com · +49 176 7788990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KURZPROFIL</w:t>
      </w:r>
    </w:p>
    <w:p>
      <w:pPr>
        <w:spacing w:after="80" w:before="0"/>
      </w:pPr>
      <w:r>
        <w:rPr>
          <w:b w:val="0"/>
          <w:sz w:val="20"/>
        </w:rPr>
        <w:t>BWL-Student im 4. Semester (Uni Mannheim, Schwerpunkt Marketing) auf der Suche nach einem Pflichtpraktikum im digitalen Marketing. Praxiserfahrung aus Social-Media-Betreuung für den Hochschulsport.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AUSBILDUNG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09/2024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B.Sc. Betriebswirtschaftslehre</w:t>
            </w:r>
            <w:r>
              <w:rPr>
                <w:color w:val="5A5A64"/>
                <w:sz w:val="20"/>
              </w:rPr>
              <w:t xml:space="preserve">  ·  Universität Mannheim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Aktuell 4. Semester (Ø 2,3), Schwerpunkt Marketing &amp; Sales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2024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Abitur</w:t>
            </w:r>
            <w:r>
              <w:rPr>
                <w:color w:val="5A5A64"/>
                <w:sz w:val="20"/>
              </w:rPr>
              <w:t xml:space="preserve">  ·  Lessing-Gymnasium Mannheim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Ø 2,1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PRAKTISCHE ERFAHRUNG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10/2025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Social Media (ehrenamtlich)</w:t>
            </w:r>
            <w:r>
              <w:rPr>
                <w:color w:val="5A5A64"/>
                <w:sz w:val="20"/>
              </w:rPr>
              <w:t xml:space="preserve">  ·  Hochschulsport Mannheim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Instagram-Kanal von 800 auf 2.400 Follower ausgebaut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Event-Promotion für 12 Kurse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06/2025 – heute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Nebenjob Verkauf (Werkstudent, 10 Std./Woche)</w:t>
            </w:r>
            <w:r>
              <w:rPr>
                <w:color w:val="5A5A64"/>
                <w:sz w:val="20"/>
              </w:rPr>
              <w:t xml:space="preserve">  ·  Decathlon, Mannheim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Beratung Teamsport, Kasse und Warenpräsentation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KENNTNISSE</w:t>
      </w:r>
    </w:p>
    <w:p>
      <w:pPr>
        <w:spacing w:after="80" w:before="0"/>
      </w:pPr>
      <w:r>
        <w:rPr>
          <w:b w:val="0"/>
          <w:sz w:val="20"/>
        </w:rPr>
        <w:t>Meta Business Suite · Canva · Excel · Grundlagen Google Analytics · SPSS-Basics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Deutsch (Muttersprache) · Englisch (C1) · Spanisch (B1)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INTERESSEN</w:t>
      </w:r>
    </w:p>
    <w:p>
      <w:pPr>
        <w:spacing w:after="80" w:before="0"/>
      </w:pPr>
      <w:r>
        <w:rPr>
          <w:b w:val="0"/>
          <w:sz w:val="20"/>
        </w:rPr>
        <w:t>Handball (Verein) · Podcasts über Konsumpsychologie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