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Jonas Becker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Dortmund · jonas.becker@example.com · +49 160 1122334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KURZPROFIL</w:t>
      </w:r>
    </w:p>
    <w:p>
      <w:pPr>
        <w:spacing w:after="80" w:before="0"/>
      </w:pPr>
      <w:r>
        <w:rPr>
          <w:b w:val="0"/>
          <w:sz w:val="20"/>
        </w:rPr>
        <w:t>Schüler der 9. Klasse (Realschule), bewirbt sich um ein Schülerpraktikum im Bereich KFZ/Werkstatt. Schraubt privat an Fahrrädern und Mofas, Technik-AG seit zwei Jahren.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SCHULBILDUNG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08/2021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Albert-Schweitzer-Realschule</w:t>
            </w:r>
            <w:r>
              <w:rPr>
                <w:color w:val="5A5A64"/>
                <w:sz w:val="20"/>
              </w:rPr>
              <w:t xml:space="preserve">  ·  Dortmund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Aktuell 9. Klasse · Lieblingsfächer: Technik, Mathematik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ENGAGEMENT &amp; ERFAHRUNG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2024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Technik-AG der Schule</w:t>
            </w:r>
          </w:p>
          <w:p>
            <w:pPr>
              <w:pStyle w:val="ListBullet"/>
              <w:spacing w:after="40"/>
            </w:pPr>
            <w:r>
              <w:rPr>
                <w:sz w:val="20"/>
              </w:rPr>
              <w:t>Bau eines Seifenkisten-Rennwagens im Team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Wartung der 3D-Drucker im Werkraum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laufend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Fahrrad-Reparaturen</w:t>
            </w:r>
            <w:r>
              <w:rPr>
                <w:color w:val="5A5A64"/>
                <w:sz w:val="20"/>
              </w:rPr>
              <w:t xml:space="preserve">  ·  für Familie und Nachbarn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Schlauchwechsel, Bremsen und Schaltung einstellen, Kettenpflege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09/2025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Zeitungszustellung (samstags)</w:t>
            </w:r>
            <w:r>
              <w:rPr>
                <w:color w:val="5A5A64"/>
                <w:sz w:val="20"/>
              </w:rPr>
              <w:t xml:space="preserve">  ·  Ruhr Nachrichten, Dortmund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Zuverlässige Zustellung von rund 80 Exemplaren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KENNTNISSE</w:t>
      </w:r>
    </w:p>
    <w:p>
      <w:pPr>
        <w:spacing w:after="80" w:before="0"/>
      </w:pPr>
      <w:r>
        <w:rPr>
          <w:b w:val="0"/>
          <w:sz w:val="20"/>
        </w:rPr>
        <w:t>Grundkenntnisse Werkzeug &amp; Metallbearbeitung (Technikunterricht) · 3D-Druck-Grundlagen · MS Word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Deutsch (Muttersprache) · Englisch (5. Lernjahr)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INTERESSEN</w:t>
      </w:r>
    </w:p>
    <w:p>
      <w:pPr>
        <w:spacing w:after="80" w:before="0"/>
      </w:pPr>
      <w:r>
        <w:rPr>
          <w:b w:val="0"/>
          <w:sz w:val="20"/>
        </w:rPr>
        <w:t>Mofa-Technik · Fußball · Angeln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