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200" w:type="dxa"/>
          <w:left w:w="240" w:type="dxa"/>
          <w:bottom w:w="200" w:type="dxa"/>
          <w:right w:w="240" w:type="dxa"/>
        </w:tblCellMar>
      </w:tblPr>
      <w:tblGrid>
        <w:gridCol w:w="3175"/>
        <w:gridCol w:w="6917"/>
      </w:tblGrid>
      <w:tr>
        <w:tc>
          <w:tcPr>
            <w:tcW w:type="dxa" w:w="3175"/>
            <w:shd w:val="clear" w:fill="7F23D0"/>
          </w:tcPr>
          <w:p>
            <w:pPr>
              <w:jc w:val="center"/>
            </w:pPr>
            <w:r>
              <w:rPr>
                <w:color w:val="E8E8EE"/>
                <w:sz w:val="16"/>
              </w:rPr>
              <w:br/>
              <w:t>Dein Foto hierhin:</w:t>
              <w:br/>
              <w:t>diesen Text löschen,</w:t>
              <w:br/>
              <w:t>dann Einfügen → Bilder</w:t>
              <w:br/>
            </w:r>
          </w:p>
          <w:p>
            <w:pPr>
              <w:spacing w:after="200"/>
            </w:pPr>
          </w:p>
          <w:p>
            <w:pPr>
              <w:spacing w:after="200" w:before="0"/>
            </w:pPr>
            <w:r>
              <w:rPr>
                <w:b/>
                <w:color w:val="FFFFFF"/>
                <w:sz w:val="32"/>
              </w:rPr>
              <w:t>Sarah Lindner</w:t>
            </w:r>
          </w:p>
          <w:p>
            <w:pPr>
              <w:spacing w:after="40" w:before="120"/>
            </w:pPr>
            <w:r>
              <w:rPr>
                <w:b/>
                <w:color w:val="FFFFFF"/>
                <w:sz w:val="18"/>
              </w:rPr>
              <w:t>KONTAKT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Karlsruhe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sarah.lindner@example.com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+49 159 3344556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KENNTNISSE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JavaScript/TypeScript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React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Node.js-Grundlagen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Python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Git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SQL-Grundlagen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SPRACHEN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Deutsch (Muttersprache)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Englisch (C1)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INTERESSEN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Klettern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Open-Source-Beiträge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Kochen</w:t>
            </w:r>
          </w:p>
        </w:tc>
        <w:tc>
          <w:tcPr>
            <w:tcW w:type="dxa" w:w="6917"/>
          </w:tcPr>
          <w:p>
            <w:pPr>
              <w:spacing w:after="80" w:before="0"/>
              <w:pBdr>
                <w:bottom w:val="single" w:sz="6" w:space="2" w:color="7F23D0"/>
              </w:pBdr>
            </w:pPr>
            <w:r>
              <w:rPr>
                <w:b/>
                <w:color w:val="7F23D0"/>
                <w:sz w:val="22"/>
              </w:rPr>
              <w:t>KURZPROFIL</w:t>
            </w:r>
          </w:p>
          <w:p>
            <w:pPr>
              <w:spacing w:after="80" w:before="0"/>
            </w:pPr>
            <w:r>
              <w:rPr>
                <w:b w:val="0"/>
                <w:sz w:val="20"/>
              </w:rPr>
              <w:t>Informatik-Studentin im 6. Semester (KIT) mit Fokus auf Webentwicklung. Zwei studentische Projekte in React, HiWi-Stelle am Lehrstuhl. Sucht Nebenjob oder Einstieg in die Frontend-Entwicklung.</w:t>
            </w:r>
          </w:p>
          <w:p>
            <w:pPr>
              <w:spacing w:after="80" w:before="240"/>
              <w:pBdr>
                <w:bottom w:val="single" w:sz="6" w:space="2" w:color="7F23D0"/>
              </w:pBdr>
            </w:pPr>
            <w:r>
              <w:rPr>
                <w:b/>
                <w:color w:val="7F23D0"/>
                <w:sz w:val="22"/>
              </w:rPr>
              <w:t>AUSBILDUNG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B.Sc. Informatik</w:t>
            </w:r>
            <w:r>
              <w:rPr>
                <w:color w:val="5A5A64"/>
                <w:sz w:val="20"/>
              </w:rPr>
              <w:t xml:space="preserve">  ·  Karlsruher Institut für Technologie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seit 10/2023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Aktuell 6. Semester (Ø 2,0)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Abitur</w:t>
            </w:r>
            <w:r>
              <w:rPr>
                <w:color w:val="5A5A64"/>
                <w:sz w:val="20"/>
              </w:rPr>
              <w:t xml:space="preserve">  ·  Gymnasium Ettlingen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2022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Ø 1,8</w:t>
            </w:r>
          </w:p>
          <w:p>
            <w:pPr>
              <w:spacing w:after="80" w:before="240"/>
              <w:pBdr>
                <w:bottom w:val="single" w:sz="6" w:space="2" w:color="7F23D0"/>
              </w:pBdr>
            </w:pPr>
            <w:r>
              <w:rPr>
                <w:b/>
                <w:color w:val="7F23D0"/>
                <w:sz w:val="22"/>
              </w:rPr>
              <w:t>PRAKTISCHE ERFAHRUNG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Wissenschaftliche Hilfskraft</w:t>
            </w:r>
            <w:r>
              <w:rPr>
                <w:color w:val="5A5A64"/>
                <w:sz w:val="20"/>
              </w:rPr>
              <w:t xml:space="preserve">  ·  KIT, Lehrstuhl für Software Engineering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seit 04/2025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Betreuung von Übungsgruppen (30 Studierende)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Aufbau einer CI-Pipeline für die automatische Prüfung von Übungsabgaben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Studienprojekt „CampusMensa"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2025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React-Web-App für Mensa-Bewertungen, Team von 4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500+ Nutzer im Pilotbetrieb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Freiberufliche Web-Projekte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2024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WordPress-Websites für zwei lokale Vereine, von Konzept bis Livegang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