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Tim Albrecht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Lüneburg · tim.albrecht@example.com · +49 151 6677889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Abiturient (Ø 1,6, Leistungskurse Biologie und Chemie), bewirbt sich um einen Studienplatz Humanmedizin. Pflegepraktikum, Erste-Hilfe-Ausbilder-Assistenz, drei Jahre ehrenamtlich beim DRK.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06/2026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Abitur</w:t>
            </w:r>
            <w:r>
              <w:rPr>
                <w:color w:val="5A5A64"/>
                <w:sz w:val="20"/>
              </w:rPr>
              <w:t xml:space="preserve">  ·  Johanneum Lüneburg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Ø 1,6 · LK Biologie 14 Punkte, LK Chemie 13 Punkte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PRAKTISCHE 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07/2025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Pflegepraktikum (4 Wochen)</w:t>
            </w:r>
            <w:r>
              <w:rPr>
                <w:color w:val="5A5A64"/>
                <w:sz w:val="20"/>
              </w:rPr>
              <w:t xml:space="preserve">  ·  Städtisches Klinikum Lüneburg, Innere Medizin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Unterstützung der Grundpflege, Begleitung von Visiten und Patiententransporten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Assistenz Erste-Hilfe-Kurse</w:t>
            </w:r>
            <w:r>
              <w:rPr>
                <w:color w:val="5A5A64"/>
                <w:sz w:val="20"/>
              </w:rPr>
              <w:t xml:space="preserve">  ·  DRK-Kreisverband Lüneburg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Mitgestaltung von über 12 Kursen pro Jahr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ENGAGEMENT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2023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Deutsches Rotes Kreuz, Bereitschaft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Sanitätsdienste bei Sport- und Stadtfesten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2021 – 2026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Schulsanitätsdienst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Ab 2024 Leitung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Erste Hilfe (Ausbilder-Assistenz) · MS Office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Englisch (C1) · Latein (Latinum)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Rudern (Landeskader bis 2024) · Klavier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