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03"/>
        <w:gridCol w:w="2660"/>
      </w:tblGrid>
      <w:tr w:rsidR="002B59BA" w:rsidRPr="00744D5C" w14:paraId="042EAD06" w14:textId="77777777" w:rsidTr="00744D5C">
        <w:trPr>
          <w:trHeight w:val="955"/>
        </w:trPr>
        <w:tc>
          <w:tcPr>
            <w:tcW w:w="8103" w:type="dxa"/>
            <w:shd w:val="clear" w:color="auto" w:fill="8C1F3F"/>
          </w:tcPr>
          <w:p w14:paraId="7628585C" w14:textId="77777777" w:rsidR="002B59BA" w:rsidRDefault="00752C04">
            <w:pPr>
              <w:spacing w:after="40"/>
            </w:pPr>
            <w:r>
              <w:rPr>
                <w:b/>
                <w:color w:val="FFFFFF"/>
                <w:sz w:val="46"/>
              </w:rPr>
              <w:t>Julia Brandt</w:t>
            </w:r>
          </w:p>
          <w:p w14:paraId="04D2B2CB" w14:textId="77777777" w:rsidR="002B59BA" w:rsidRDefault="00752C04">
            <w:pPr>
              <w:spacing w:after="0"/>
            </w:pPr>
            <w:r>
              <w:rPr>
                <w:color w:val="E8E8EE"/>
                <w:sz w:val="19"/>
              </w:rPr>
              <w:t>Hannover · julia.brandt@example.com · +49 176 3344890</w:t>
            </w:r>
          </w:p>
        </w:tc>
        <w:tc>
          <w:tcPr>
            <w:tcW w:w="2660" w:type="dxa"/>
            <w:shd w:val="clear" w:color="auto" w:fill="8C1F3F"/>
            <w:vAlign w:val="center"/>
          </w:tcPr>
          <w:p w14:paraId="2221C27B" w14:textId="77777777" w:rsidR="002B59BA" w:rsidRPr="00744D5C" w:rsidRDefault="00752C04">
            <w:pPr>
              <w:jc w:val="center"/>
              <w:rPr>
                <w:lang w:val="de-AT"/>
              </w:rPr>
            </w:pPr>
            <w:r w:rsidRPr="00744D5C">
              <w:rPr>
                <w:color w:val="E8E8EE"/>
                <w:sz w:val="16"/>
                <w:lang w:val="de-AT"/>
              </w:rPr>
              <w:t>Dein Foto hierhin:</w:t>
            </w:r>
            <w:r w:rsidRPr="00744D5C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744D5C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0DB06579" w14:textId="77777777" w:rsidR="002B59BA" w:rsidRPr="00744D5C" w:rsidRDefault="002B59BA">
      <w:pPr>
        <w:spacing w:after="40"/>
        <w:rPr>
          <w:lang w:val="de-AT"/>
        </w:rPr>
      </w:pPr>
    </w:p>
    <w:p w14:paraId="43317F77" w14:textId="77777777" w:rsidR="002B59BA" w:rsidRPr="00744D5C" w:rsidRDefault="00752C04">
      <w:pPr>
        <w:pBdr>
          <w:bottom w:val="single" w:sz="6" w:space="2" w:color="8C1F3F"/>
        </w:pBdr>
        <w:spacing w:before="240" w:after="120"/>
        <w:rPr>
          <w:lang w:val="de-AT"/>
        </w:rPr>
      </w:pPr>
      <w:r w:rsidRPr="00744D5C">
        <w:rPr>
          <w:b/>
          <w:color w:val="8C1F3F"/>
          <w:sz w:val="22"/>
          <w:lang w:val="de-AT"/>
        </w:rPr>
        <w:t>KURZPROFIL</w:t>
      </w:r>
    </w:p>
    <w:p w14:paraId="5CF3CE06" w14:textId="77777777" w:rsidR="002B59BA" w:rsidRDefault="00752C04">
      <w:pPr>
        <w:spacing w:after="80"/>
      </w:pPr>
      <w:r w:rsidRPr="00744D5C">
        <w:rPr>
          <w:lang w:val="de-AT"/>
        </w:rPr>
        <w:t xml:space="preserve">Einzelhandelskauffrau mit 5 Jahren Erfahrung im Textileinzelhandel. Sicher an der Kasse, stark in Beratung und Warenpräsentation – zuletzt mitverantwortlich für die Umsatzsteigerung der Abteilung um 12 %. </w:t>
      </w:r>
      <w:r>
        <w:t>Sucht: Verkaufsposition mit Perspektive auf stellvertretende Filialleitung.</w:t>
      </w:r>
    </w:p>
    <w:p w14:paraId="10339533" w14:textId="77777777" w:rsidR="002B59BA" w:rsidRDefault="00752C04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2B59BA" w:rsidRPr="00744D5C" w14:paraId="3BBBE6ED" w14:textId="77777777">
        <w:tc>
          <w:tcPr>
            <w:tcW w:w="2041" w:type="dxa"/>
          </w:tcPr>
          <w:p w14:paraId="25EF70EA" w14:textId="77777777" w:rsidR="002B59BA" w:rsidRDefault="00752C04">
            <w:pPr>
              <w:spacing w:after="120"/>
            </w:pPr>
            <w:r>
              <w:rPr>
                <w:color w:val="5A5A64"/>
                <w:sz w:val="18"/>
              </w:rPr>
              <w:t>07/2023 – heute</w:t>
            </w:r>
          </w:p>
        </w:tc>
        <w:tc>
          <w:tcPr>
            <w:tcW w:w="7370" w:type="dxa"/>
          </w:tcPr>
          <w:p w14:paraId="6DCB7B00" w14:textId="77777777" w:rsidR="002B59BA" w:rsidRDefault="00752C04">
            <w:pPr>
              <w:spacing w:after="40"/>
            </w:pPr>
            <w:r>
              <w:rPr>
                <w:b/>
                <w:color w:val="1A1A24"/>
                <w:sz w:val="21"/>
              </w:rPr>
              <w:t>Verkäuferin Damenmode</w:t>
            </w:r>
            <w:r>
              <w:rPr>
                <w:color w:val="5A5A64"/>
              </w:rPr>
              <w:t xml:space="preserve">  ·  C&amp;A, Hannover</w:t>
            </w:r>
          </w:p>
          <w:p w14:paraId="323A9F78" w14:textId="77777777" w:rsidR="002B59BA" w:rsidRDefault="00752C04">
            <w:pPr>
              <w:pStyle w:val="ListBullet"/>
              <w:spacing w:after="40"/>
            </w:pPr>
            <w:r>
              <w:t>Beratung, Kasse und Reklamationsbearbeitung</w:t>
            </w:r>
          </w:p>
          <w:p w14:paraId="0E048ACD" w14:textId="77777777" w:rsidR="002B59BA" w:rsidRPr="00744D5C" w:rsidRDefault="00752C04">
            <w:pPr>
              <w:pStyle w:val="ListBullet"/>
              <w:spacing w:after="40"/>
              <w:rPr>
                <w:lang w:val="de-AT"/>
              </w:rPr>
            </w:pPr>
            <w:r w:rsidRPr="00744D5C">
              <w:rPr>
                <w:lang w:val="de-AT"/>
              </w:rPr>
              <w:t>Mitverantwortlich für Umgestaltung der Aktionsflächen (Abteilungsumsatz +12 % in 2025)</w:t>
            </w:r>
          </w:p>
          <w:p w14:paraId="5F4D8388" w14:textId="77777777" w:rsidR="002B59BA" w:rsidRPr="00744D5C" w:rsidRDefault="00752C04">
            <w:pPr>
              <w:pStyle w:val="ListBullet"/>
              <w:spacing w:after="160"/>
              <w:rPr>
                <w:lang w:val="de-AT"/>
              </w:rPr>
            </w:pPr>
            <w:r w:rsidRPr="00744D5C">
              <w:rPr>
                <w:lang w:val="de-AT"/>
              </w:rPr>
              <w:t>Einarbeitung von Aushilfen im Weihnachtsgeschäft</w:t>
            </w:r>
          </w:p>
        </w:tc>
      </w:tr>
      <w:tr w:rsidR="002B59BA" w14:paraId="094D06CC" w14:textId="77777777">
        <w:tc>
          <w:tcPr>
            <w:tcW w:w="2041" w:type="dxa"/>
          </w:tcPr>
          <w:p w14:paraId="3296E8DE" w14:textId="77777777" w:rsidR="002B59BA" w:rsidRDefault="00752C04">
            <w:pPr>
              <w:spacing w:after="120"/>
            </w:pPr>
            <w:r>
              <w:rPr>
                <w:color w:val="5A5A64"/>
                <w:sz w:val="18"/>
              </w:rPr>
              <w:t>08/2021 – 06/2023</w:t>
            </w:r>
          </w:p>
        </w:tc>
        <w:tc>
          <w:tcPr>
            <w:tcW w:w="7370" w:type="dxa"/>
          </w:tcPr>
          <w:p w14:paraId="62704D29" w14:textId="77777777" w:rsidR="002B59BA" w:rsidRDefault="00752C04">
            <w:pPr>
              <w:spacing w:after="160"/>
            </w:pPr>
            <w:r>
              <w:rPr>
                <w:b/>
                <w:color w:val="1A1A24"/>
                <w:sz w:val="21"/>
              </w:rPr>
              <w:t>Verkäuferin</w:t>
            </w:r>
            <w:r>
              <w:rPr>
                <w:color w:val="5A5A64"/>
              </w:rPr>
              <w:t xml:space="preserve">  ·  Ernsting's family, Hannover</w:t>
            </w:r>
          </w:p>
        </w:tc>
      </w:tr>
    </w:tbl>
    <w:p w14:paraId="6B0A7EF9" w14:textId="77777777" w:rsidR="002B59BA" w:rsidRDefault="00752C04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2B59BA" w:rsidRPr="00744D5C" w14:paraId="59A60C17" w14:textId="77777777">
        <w:tc>
          <w:tcPr>
            <w:tcW w:w="2041" w:type="dxa"/>
          </w:tcPr>
          <w:p w14:paraId="0CB5FF83" w14:textId="77777777" w:rsidR="002B59BA" w:rsidRDefault="00752C04">
            <w:pPr>
              <w:spacing w:after="120"/>
            </w:pPr>
            <w:r>
              <w:rPr>
                <w:color w:val="5A5A64"/>
                <w:sz w:val="18"/>
              </w:rPr>
              <w:t>2019 – 2021</w:t>
            </w:r>
          </w:p>
        </w:tc>
        <w:tc>
          <w:tcPr>
            <w:tcW w:w="7370" w:type="dxa"/>
          </w:tcPr>
          <w:p w14:paraId="3D17EB2E" w14:textId="77777777" w:rsidR="002B59BA" w:rsidRPr="00744D5C" w:rsidRDefault="00752C04">
            <w:pPr>
              <w:spacing w:after="160"/>
              <w:rPr>
                <w:lang w:val="de-AT"/>
              </w:rPr>
            </w:pPr>
            <w:r w:rsidRPr="00744D5C">
              <w:rPr>
                <w:b/>
                <w:color w:val="1A1A24"/>
                <w:sz w:val="21"/>
                <w:lang w:val="de-AT"/>
              </w:rPr>
              <w:t>Einzelhandelskauffrau (IHK)</w:t>
            </w:r>
            <w:r w:rsidRPr="00744D5C">
              <w:rPr>
                <w:color w:val="5A5A64"/>
                <w:lang w:val="de-AT"/>
              </w:rPr>
              <w:t xml:space="preserve">  ·  C&amp;A, Hannover</w:t>
            </w:r>
          </w:p>
        </w:tc>
      </w:tr>
      <w:tr w:rsidR="002B59BA" w14:paraId="5443F81C" w14:textId="77777777">
        <w:tc>
          <w:tcPr>
            <w:tcW w:w="2041" w:type="dxa"/>
          </w:tcPr>
          <w:p w14:paraId="522ABA07" w14:textId="77777777" w:rsidR="002B59BA" w:rsidRDefault="00752C04">
            <w:pPr>
              <w:spacing w:after="120"/>
            </w:pPr>
            <w:r>
              <w:rPr>
                <w:color w:val="5A5A64"/>
                <w:sz w:val="18"/>
              </w:rPr>
              <w:t>2019</w:t>
            </w:r>
          </w:p>
        </w:tc>
        <w:tc>
          <w:tcPr>
            <w:tcW w:w="7370" w:type="dxa"/>
          </w:tcPr>
          <w:p w14:paraId="4C2F790E" w14:textId="77777777" w:rsidR="002B59BA" w:rsidRDefault="00752C04">
            <w:pPr>
              <w:spacing w:after="160"/>
            </w:pPr>
            <w:r>
              <w:rPr>
                <w:b/>
                <w:color w:val="1A1A24"/>
                <w:sz w:val="21"/>
              </w:rPr>
              <w:t>Hauptschulabschluss</w:t>
            </w:r>
            <w:r>
              <w:rPr>
                <w:color w:val="5A5A64"/>
              </w:rPr>
              <w:t xml:space="preserve">  ·  Hauptschule Vahrenwald, Hannover</w:t>
            </w:r>
          </w:p>
        </w:tc>
      </w:tr>
    </w:tbl>
    <w:p w14:paraId="4E9224D6" w14:textId="77777777" w:rsidR="002B59BA" w:rsidRDefault="00752C04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KENNTNISSE</w:t>
      </w:r>
    </w:p>
    <w:p w14:paraId="579BF757" w14:textId="77777777" w:rsidR="002B59BA" w:rsidRPr="00744D5C" w:rsidRDefault="00752C04">
      <w:pPr>
        <w:spacing w:after="80"/>
        <w:rPr>
          <w:lang w:val="de-AT"/>
        </w:rPr>
      </w:pPr>
      <w:r w:rsidRPr="00744D5C">
        <w:rPr>
          <w:lang w:val="de-AT"/>
        </w:rPr>
        <w:t>Kassensysteme · Warenwirtschaft · Visual Merchandising (Grundlagen) · Inventur · Reklamationsbearbeitung</w:t>
      </w:r>
    </w:p>
    <w:p w14:paraId="156C9708" w14:textId="77777777" w:rsidR="002B59BA" w:rsidRPr="00744D5C" w:rsidRDefault="00752C04">
      <w:pPr>
        <w:pBdr>
          <w:bottom w:val="single" w:sz="6" w:space="2" w:color="8C1F3F"/>
        </w:pBdr>
        <w:spacing w:before="240" w:after="120"/>
        <w:rPr>
          <w:lang w:val="de-AT"/>
        </w:rPr>
      </w:pPr>
      <w:r w:rsidRPr="00744D5C">
        <w:rPr>
          <w:b/>
          <w:color w:val="8C1F3F"/>
          <w:sz w:val="22"/>
          <w:lang w:val="de-AT"/>
        </w:rPr>
        <w:t>SPRACHEN</w:t>
      </w:r>
    </w:p>
    <w:p w14:paraId="01EAB9E5" w14:textId="77777777" w:rsidR="002B59BA" w:rsidRPr="00744D5C" w:rsidRDefault="00752C04">
      <w:pPr>
        <w:spacing w:after="80"/>
        <w:rPr>
          <w:lang w:val="de-AT"/>
        </w:rPr>
      </w:pPr>
      <w:r w:rsidRPr="00744D5C">
        <w:rPr>
          <w:lang w:val="de-AT"/>
        </w:rPr>
        <w:t>Deutsch (Muttersprache) · Türkisch (Muttersprache) · Englisch (Grundkenntnisse)</w:t>
      </w:r>
    </w:p>
    <w:p w14:paraId="24EA2B35" w14:textId="77777777" w:rsidR="002B59BA" w:rsidRDefault="00752C04">
      <w:pPr>
        <w:pBdr>
          <w:bottom w:val="single" w:sz="6" w:space="2" w:color="8C1F3F"/>
        </w:pBdr>
        <w:spacing w:before="240" w:after="120"/>
      </w:pPr>
      <w:r>
        <w:rPr>
          <w:b/>
          <w:color w:val="8C1F3F"/>
          <w:sz w:val="22"/>
        </w:rPr>
        <w:t>INTERESSEN</w:t>
      </w:r>
    </w:p>
    <w:p w14:paraId="46885FC1" w14:textId="77777777" w:rsidR="002B59BA" w:rsidRDefault="00752C04">
      <w:pPr>
        <w:spacing w:after="80"/>
      </w:pPr>
      <w:r>
        <w:t>Nähen eigener Mode · Fitnessstudio</w:t>
      </w:r>
    </w:p>
    <w:sectPr w:rsidR="002B59BA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DB6A7" w14:textId="77777777" w:rsidR="00752C04" w:rsidRDefault="00752C04">
      <w:pPr>
        <w:spacing w:after="0" w:line="240" w:lineRule="auto"/>
      </w:pPr>
      <w:r>
        <w:separator/>
      </w:r>
    </w:p>
  </w:endnote>
  <w:endnote w:type="continuationSeparator" w:id="0">
    <w:p w14:paraId="4F2585A7" w14:textId="77777777" w:rsidR="00752C04" w:rsidRDefault="00752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8AD7" w14:textId="77777777" w:rsidR="002B59BA" w:rsidRPr="00744D5C" w:rsidRDefault="00752C04">
    <w:pPr>
      <w:pStyle w:val="Footer"/>
      <w:jc w:val="center"/>
      <w:rPr>
        <w:lang w:val="de-AT"/>
      </w:rPr>
    </w:pPr>
    <w:r w:rsidRPr="00744D5C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C92B3" w14:textId="77777777" w:rsidR="00752C04" w:rsidRDefault="00752C04">
      <w:pPr>
        <w:spacing w:after="0" w:line="240" w:lineRule="auto"/>
      </w:pPr>
      <w:r>
        <w:separator/>
      </w:r>
    </w:p>
  </w:footnote>
  <w:footnote w:type="continuationSeparator" w:id="0">
    <w:p w14:paraId="7873CEC2" w14:textId="77777777" w:rsidR="00752C04" w:rsidRDefault="00752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6442886">
    <w:abstractNumId w:val="8"/>
  </w:num>
  <w:num w:numId="2" w16cid:durableId="247883992">
    <w:abstractNumId w:val="6"/>
  </w:num>
  <w:num w:numId="3" w16cid:durableId="1942375532">
    <w:abstractNumId w:val="5"/>
  </w:num>
  <w:num w:numId="4" w16cid:durableId="1371492443">
    <w:abstractNumId w:val="4"/>
  </w:num>
  <w:num w:numId="5" w16cid:durableId="464979164">
    <w:abstractNumId w:val="7"/>
  </w:num>
  <w:num w:numId="6" w16cid:durableId="1528055918">
    <w:abstractNumId w:val="3"/>
  </w:num>
  <w:num w:numId="7" w16cid:durableId="1564217883">
    <w:abstractNumId w:val="2"/>
  </w:num>
  <w:num w:numId="8" w16cid:durableId="17854877">
    <w:abstractNumId w:val="1"/>
  </w:num>
  <w:num w:numId="9" w16cid:durableId="122718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59BA"/>
    <w:rsid w:val="00326F90"/>
    <w:rsid w:val="00744D5C"/>
    <w:rsid w:val="00752C04"/>
    <w:rsid w:val="00AA1D8D"/>
    <w:rsid w:val="00B47730"/>
    <w:rsid w:val="00CB0664"/>
    <w:rsid w:val="00D476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A2AF339-F5F5-47D0-A814-D4DDE1487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2026-07-18T19:54:00Z</dcterms:modified>
  <cp:category/>
</cp:coreProperties>
</file>