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03"/>
        <w:gridCol w:w="2660"/>
      </w:tblGrid>
      <w:tr w:rsidR="000C7FA3" w14:paraId="28154E09" w14:textId="77777777" w:rsidTr="00A52770">
        <w:trPr>
          <w:trHeight w:val="971"/>
        </w:trPr>
        <w:tc>
          <w:tcPr>
            <w:tcW w:w="8103" w:type="dxa"/>
            <w:shd w:val="clear" w:color="auto" w:fill="4C1D95"/>
          </w:tcPr>
          <w:p w14:paraId="6AA966C7" w14:textId="77777777" w:rsidR="000C7FA3" w:rsidRDefault="0036656E">
            <w:pPr>
              <w:spacing w:after="40"/>
            </w:pPr>
            <w:r>
              <w:rPr>
                <w:b/>
                <w:color w:val="FFFFFF"/>
                <w:sz w:val="46"/>
              </w:rPr>
              <w:t>Ana Petrović</w:t>
            </w:r>
          </w:p>
          <w:p w14:paraId="7FD8BE06" w14:textId="77777777" w:rsidR="000C7FA3" w:rsidRDefault="0036656E">
            <w:pPr>
              <w:spacing w:after="0"/>
            </w:pPr>
            <w:r>
              <w:rPr>
                <w:color w:val="E8E8EE"/>
                <w:sz w:val="19"/>
              </w:rPr>
              <w:t>Stuttgart · ana.petrovic@example.com · +49 172 9900112</w:t>
            </w:r>
          </w:p>
        </w:tc>
        <w:tc>
          <w:tcPr>
            <w:tcW w:w="2660" w:type="dxa"/>
            <w:shd w:val="clear" w:color="auto" w:fill="4C1D95"/>
            <w:vAlign w:val="center"/>
          </w:tcPr>
          <w:p w14:paraId="38FEF54D" w14:textId="77777777" w:rsidR="000C7FA3" w:rsidRDefault="0036656E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545F788C" w14:textId="77777777" w:rsidR="000C7FA3" w:rsidRDefault="000C7FA3">
      <w:pPr>
        <w:spacing w:after="40"/>
      </w:pPr>
    </w:p>
    <w:p w14:paraId="6DA0856C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KURZPROFIL</w:t>
      </w:r>
    </w:p>
    <w:p w14:paraId="422B7606" w14:textId="77777777" w:rsidR="000C7FA3" w:rsidRDefault="0036656E">
      <w:pPr>
        <w:spacing w:after="80"/>
      </w:pPr>
      <w:r>
        <w:t>Wirtschaftsinformatik-Studentin im 5. Semester (HdM Stuttgart) sucht Werkstudentenstelle im Bereich Data/BI. Praxiserfahrung aus 12 Monaten Werkstudententätigkeit im Controlling, sicher in SQL und Power BI.</w:t>
      </w:r>
    </w:p>
    <w:p w14:paraId="185B8C57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0C7FA3" w14:paraId="7E8DC8B2" w14:textId="77777777">
        <w:tc>
          <w:tcPr>
            <w:tcW w:w="2041" w:type="dxa"/>
          </w:tcPr>
          <w:p w14:paraId="0B239603" w14:textId="77777777" w:rsidR="000C7FA3" w:rsidRDefault="0036656E">
            <w:pPr>
              <w:spacing w:after="120"/>
            </w:pPr>
            <w:r>
              <w:rPr>
                <w:color w:val="5A5A64"/>
                <w:sz w:val="18"/>
              </w:rPr>
              <w:t>seit 09/2024</w:t>
            </w:r>
          </w:p>
        </w:tc>
        <w:tc>
          <w:tcPr>
            <w:tcW w:w="7370" w:type="dxa"/>
          </w:tcPr>
          <w:p w14:paraId="6F3EB19A" w14:textId="77777777" w:rsidR="000C7FA3" w:rsidRDefault="0036656E">
            <w:pPr>
              <w:spacing w:after="40"/>
            </w:pPr>
            <w:r>
              <w:rPr>
                <w:b/>
                <w:color w:val="1A1A24"/>
                <w:sz w:val="21"/>
              </w:rPr>
              <w:t>B.Sc. Wirtschaftsinformatik</w:t>
            </w:r>
            <w:r>
              <w:rPr>
                <w:color w:val="5A5A64"/>
              </w:rPr>
              <w:t xml:space="preserve">  ·  Hochschule der Medien Stuttgart</w:t>
            </w:r>
          </w:p>
          <w:p w14:paraId="533049D8" w14:textId="77777777" w:rsidR="000C7FA3" w:rsidRDefault="0036656E">
            <w:pPr>
              <w:pStyle w:val="ListBullet"/>
              <w:spacing w:after="160"/>
            </w:pPr>
            <w:r>
              <w:t>Aktuell 5. Semester (Ø 1,9)</w:t>
            </w:r>
          </w:p>
        </w:tc>
      </w:tr>
      <w:tr w:rsidR="000C7FA3" w14:paraId="3C4A04B5" w14:textId="77777777">
        <w:tc>
          <w:tcPr>
            <w:tcW w:w="2041" w:type="dxa"/>
          </w:tcPr>
          <w:p w14:paraId="20593DB7" w14:textId="77777777" w:rsidR="000C7FA3" w:rsidRDefault="0036656E">
            <w:pPr>
              <w:spacing w:after="120"/>
            </w:pPr>
            <w:r>
              <w:rPr>
                <w:color w:val="5A5A64"/>
                <w:sz w:val="18"/>
              </w:rPr>
              <w:t>2024</w:t>
            </w:r>
          </w:p>
        </w:tc>
        <w:tc>
          <w:tcPr>
            <w:tcW w:w="7370" w:type="dxa"/>
          </w:tcPr>
          <w:p w14:paraId="1AA1626F" w14:textId="77777777" w:rsidR="000C7FA3" w:rsidRDefault="0036656E">
            <w:pPr>
              <w:spacing w:after="160"/>
            </w:pPr>
            <w:r>
              <w:rPr>
                <w:b/>
                <w:color w:val="1A1A24"/>
                <w:sz w:val="21"/>
              </w:rPr>
              <w:t>Abitur</w:t>
            </w:r>
            <w:r>
              <w:rPr>
                <w:color w:val="5A5A64"/>
              </w:rPr>
              <w:t xml:space="preserve">  ·  Wirtschaftsgymnasium West, Stuttgart</w:t>
            </w:r>
          </w:p>
        </w:tc>
      </w:tr>
    </w:tbl>
    <w:p w14:paraId="7EA3590F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0C7FA3" w14:paraId="37006E5C" w14:textId="77777777">
        <w:tc>
          <w:tcPr>
            <w:tcW w:w="2041" w:type="dxa"/>
          </w:tcPr>
          <w:p w14:paraId="5B9C9553" w14:textId="77777777" w:rsidR="000C7FA3" w:rsidRDefault="0036656E">
            <w:pPr>
              <w:spacing w:after="120"/>
            </w:pPr>
            <w:r>
              <w:rPr>
                <w:color w:val="5A5A64"/>
                <w:sz w:val="18"/>
              </w:rPr>
              <w:t>07/2025 – heute</w:t>
            </w:r>
          </w:p>
        </w:tc>
        <w:tc>
          <w:tcPr>
            <w:tcW w:w="7370" w:type="dxa"/>
          </w:tcPr>
          <w:p w14:paraId="21197B2E" w14:textId="77777777" w:rsidR="000C7FA3" w:rsidRDefault="0036656E">
            <w:pPr>
              <w:spacing w:after="40"/>
            </w:pPr>
            <w:r>
              <w:rPr>
                <w:b/>
                <w:color w:val="1A1A24"/>
                <w:sz w:val="21"/>
              </w:rPr>
              <w:t>Werkstudentin Controlling (16 Std./Woche)</w:t>
            </w:r>
            <w:r>
              <w:rPr>
                <w:color w:val="5A5A64"/>
              </w:rPr>
              <w:t xml:space="preserve">  ·  Feinwerk Maschinenbau GmbH, Stuttgart</w:t>
            </w:r>
          </w:p>
          <w:p w14:paraId="69974802" w14:textId="77777777" w:rsidR="000C7FA3" w:rsidRDefault="0036656E">
            <w:pPr>
              <w:pStyle w:val="ListBullet"/>
              <w:spacing w:after="40"/>
            </w:pPr>
            <w:r>
              <w:t>Aufbau eines Power-BI-Dashboards für das Monatsreporting (löste 6 Excel-Dateien ab)</w:t>
            </w:r>
          </w:p>
          <w:p w14:paraId="6BB26CAF" w14:textId="77777777" w:rsidR="000C7FA3" w:rsidRDefault="0036656E">
            <w:pPr>
              <w:pStyle w:val="ListBullet"/>
              <w:spacing w:after="160"/>
            </w:pPr>
            <w:r>
              <w:t>Datenpflege im ERP-System</w:t>
            </w:r>
          </w:p>
        </w:tc>
      </w:tr>
      <w:tr w:rsidR="000C7FA3" w14:paraId="6B443DB4" w14:textId="77777777">
        <w:tc>
          <w:tcPr>
            <w:tcW w:w="2041" w:type="dxa"/>
          </w:tcPr>
          <w:p w14:paraId="269691C5" w14:textId="77777777" w:rsidR="000C7FA3" w:rsidRDefault="0036656E">
            <w:pPr>
              <w:spacing w:after="120"/>
            </w:pPr>
            <w:r>
              <w:rPr>
                <w:color w:val="5A5A64"/>
                <w:sz w:val="18"/>
              </w:rPr>
              <w:t>2024 – 2025</w:t>
            </w:r>
          </w:p>
        </w:tc>
        <w:tc>
          <w:tcPr>
            <w:tcW w:w="7370" w:type="dxa"/>
          </w:tcPr>
          <w:p w14:paraId="7962FDF1" w14:textId="77777777" w:rsidR="000C7FA3" w:rsidRDefault="0036656E">
            <w:pPr>
              <w:spacing w:after="40"/>
            </w:pPr>
            <w:r>
              <w:rPr>
                <w:b/>
                <w:color w:val="1A1A24"/>
                <w:sz w:val="21"/>
              </w:rPr>
              <w:t>Nachhilfelehrerin Mathematik</w:t>
            </w:r>
            <w:r>
              <w:rPr>
                <w:color w:val="5A5A64"/>
              </w:rPr>
              <w:t xml:space="preserve">  ·  Studienkreis Stuttgart</w:t>
            </w:r>
          </w:p>
          <w:p w14:paraId="65B4FC69" w14:textId="77777777" w:rsidR="000C7FA3" w:rsidRDefault="0036656E">
            <w:pPr>
              <w:pStyle w:val="ListBullet"/>
              <w:spacing w:after="160"/>
            </w:pPr>
            <w:r>
              <w:t>Einzel- und Kleingruppen, Klassen 8–12</w:t>
            </w:r>
          </w:p>
        </w:tc>
      </w:tr>
    </w:tbl>
    <w:p w14:paraId="3400225F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KENNTNISSE</w:t>
      </w:r>
    </w:p>
    <w:p w14:paraId="04335348" w14:textId="77777777" w:rsidR="000C7FA3" w:rsidRDefault="0036656E">
      <w:pPr>
        <w:spacing w:after="80"/>
      </w:pPr>
      <w:r>
        <w:t>SQL · Power BI · Excel (fortgeschritten) · Python-Grundlagen · SAP-Grundkenntnisse</w:t>
      </w:r>
    </w:p>
    <w:p w14:paraId="400EB08C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SPRACHEN</w:t>
      </w:r>
    </w:p>
    <w:p w14:paraId="0E97B7F7" w14:textId="77777777" w:rsidR="000C7FA3" w:rsidRDefault="0036656E">
      <w:pPr>
        <w:spacing w:after="80"/>
      </w:pPr>
      <w:r>
        <w:t>Deutsch (Muttersprache) · Kroatisch (Muttersprache) · Englisch (C1)</w:t>
      </w:r>
    </w:p>
    <w:p w14:paraId="6D792EAF" w14:textId="77777777" w:rsidR="000C7FA3" w:rsidRDefault="0036656E">
      <w:pPr>
        <w:pBdr>
          <w:bottom w:val="single" w:sz="6" w:space="2" w:color="4C1D95"/>
        </w:pBdr>
        <w:spacing w:before="240" w:after="120"/>
      </w:pPr>
      <w:r>
        <w:rPr>
          <w:b/>
          <w:color w:val="4C1D95"/>
          <w:sz w:val="22"/>
        </w:rPr>
        <w:t>INTERESSEN</w:t>
      </w:r>
    </w:p>
    <w:p w14:paraId="5D00D301" w14:textId="77777777" w:rsidR="000C7FA3" w:rsidRDefault="0036656E">
      <w:pPr>
        <w:spacing w:after="80"/>
      </w:pPr>
      <w:r>
        <w:t>Bouldern · Reisefotografie</w:t>
      </w:r>
    </w:p>
    <w:sectPr w:rsidR="000C7FA3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13A4" w14:textId="77777777" w:rsidR="0036656E" w:rsidRDefault="0036656E">
      <w:pPr>
        <w:spacing w:after="0" w:line="240" w:lineRule="auto"/>
      </w:pPr>
      <w:r>
        <w:separator/>
      </w:r>
    </w:p>
  </w:endnote>
  <w:endnote w:type="continuationSeparator" w:id="0">
    <w:p w14:paraId="10F769ED" w14:textId="77777777" w:rsidR="0036656E" w:rsidRDefault="00366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E3D6" w14:textId="77777777" w:rsidR="000C7FA3" w:rsidRDefault="0036656E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710B1" w14:textId="77777777" w:rsidR="0036656E" w:rsidRDefault="0036656E">
      <w:pPr>
        <w:spacing w:after="0" w:line="240" w:lineRule="auto"/>
      </w:pPr>
      <w:r>
        <w:separator/>
      </w:r>
    </w:p>
  </w:footnote>
  <w:footnote w:type="continuationSeparator" w:id="0">
    <w:p w14:paraId="37094DA9" w14:textId="77777777" w:rsidR="0036656E" w:rsidRDefault="00366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3888398">
    <w:abstractNumId w:val="8"/>
  </w:num>
  <w:num w:numId="2" w16cid:durableId="1559126385">
    <w:abstractNumId w:val="6"/>
  </w:num>
  <w:num w:numId="3" w16cid:durableId="169804049">
    <w:abstractNumId w:val="5"/>
  </w:num>
  <w:num w:numId="4" w16cid:durableId="1878202949">
    <w:abstractNumId w:val="4"/>
  </w:num>
  <w:num w:numId="5" w16cid:durableId="1815635993">
    <w:abstractNumId w:val="7"/>
  </w:num>
  <w:num w:numId="6" w16cid:durableId="698120798">
    <w:abstractNumId w:val="3"/>
  </w:num>
  <w:num w:numId="7" w16cid:durableId="1059204683">
    <w:abstractNumId w:val="2"/>
  </w:num>
  <w:num w:numId="8" w16cid:durableId="2009554592">
    <w:abstractNumId w:val="1"/>
  </w:num>
  <w:num w:numId="9" w16cid:durableId="99538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FA3"/>
    <w:rsid w:val="0015074B"/>
    <w:rsid w:val="0029639D"/>
    <w:rsid w:val="00326F90"/>
    <w:rsid w:val="0036656E"/>
    <w:rsid w:val="0059702B"/>
    <w:rsid w:val="00A527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6B5F810-4844-4D04-ABCE-99D3DE7D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2026-07-18T19:54:00Z</dcterms:modified>
  <cp:category/>
</cp:coreProperties>
</file>